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3F08" w14:textId="77777777" w:rsidR="00D521CC" w:rsidRDefault="00000000">
      <w:pPr>
        <w:jc w:val="center"/>
      </w:pPr>
      <w:r>
        <w:rPr>
          <w:b/>
          <w:color w:val="0B3768"/>
          <w:sz w:val="40"/>
        </w:rPr>
        <w:t>SETU BANDHAN</w:t>
      </w:r>
    </w:p>
    <w:p w14:paraId="171EEA81" w14:textId="77777777" w:rsidR="00D521CC" w:rsidRDefault="00000000">
      <w:pPr>
        <w:jc w:val="center"/>
      </w:pPr>
      <w:r>
        <w:rPr>
          <w:b/>
          <w:color w:val="C6891F"/>
          <w:sz w:val="34"/>
        </w:rPr>
        <w:t>CSR AWARDS 2026</w:t>
      </w:r>
    </w:p>
    <w:p w14:paraId="18170D1D" w14:textId="77777777" w:rsidR="00D521CC" w:rsidRDefault="00000000">
      <w:pPr>
        <w:jc w:val="center"/>
      </w:pPr>
      <w:r>
        <w:rPr>
          <w:b/>
          <w:sz w:val="26"/>
        </w:rPr>
        <w:t>APPLICATION FORM</w:t>
      </w:r>
    </w:p>
    <w:p w14:paraId="475ED87E" w14:textId="77777777" w:rsidR="00D521CC" w:rsidRDefault="00000000">
      <w:pPr>
        <w:jc w:val="center"/>
      </w:pPr>
      <w:r>
        <w:rPr>
          <w:i/>
          <w:color w:val="505050"/>
        </w:rPr>
        <w:t>Honouring Leadership and Measurable Impact in Social Development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6270FECD" w14:textId="77777777">
        <w:trPr>
          <w:jc w:val="center"/>
        </w:trPr>
        <w:tc>
          <w:tcPr>
            <w:tcW w:w="10368" w:type="dxa"/>
            <w:shd w:val="clear" w:color="auto" w:fill="0B376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43424" w14:textId="77777777" w:rsidR="00D521CC" w:rsidRDefault="00000000">
            <w:r>
              <w:rPr>
                <w:b/>
                <w:color w:val="FFFFFF"/>
                <w:sz w:val="22"/>
              </w:rPr>
              <w:t>IMPORTANT DATES AND SUBMISSION DETAILS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D521CC" w14:paraId="3BAC8075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EBE161" w14:textId="77777777" w:rsidR="00D521CC" w:rsidRDefault="00000000">
            <w:r>
              <w:rPr>
                <w:b/>
                <w:color w:val="0B3768"/>
              </w:rPr>
              <w:t>Application deadline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321716" w14:textId="77777777" w:rsidR="00D521CC" w:rsidRDefault="00000000">
            <w:r>
              <w:t>[DD Month 2026]</w:t>
            </w:r>
          </w:p>
        </w:tc>
      </w:tr>
      <w:tr w:rsidR="00D521CC" w14:paraId="604396BF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8DDB2" w14:textId="77777777" w:rsidR="00D521CC" w:rsidRDefault="00000000">
            <w:r>
              <w:rPr>
                <w:b/>
                <w:color w:val="0B3768"/>
              </w:rPr>
              <w:t>Submission email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EDE3A9" w14:textId="6146C474" w:rsidR="00D521CC" w:rsidRDefault="00B75E50">
            <w:hyperlink r:id="rId8" w:history="1">
              <w:r w:rsidRPr="00216E27">
                <w:rPr>
                  <w:rStyle w:val="Hyperlink"/>
                </w:rPr>
                <w:t>setu@bandhan.org</w:t>
              </w:r>
            </w:hyperlink>
          </w:p>
        </w:tc>
      </w:tr>
      <w:tr w:rsidR="00D521CC" w14:paraId="6B99EC46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FAFAC0" w14:textId="77777777" w:rsidR="00D521CC" w:rsidRDefault="00000000">
            <w:r>
              <w:rPr>
                <w:b/>
                <w:color w:val="0B3768"/>
              </w:rPr>
              <w:t>Award presentation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7257AB" w14:textId="77777777" w:rsidR="00D521CC" w:rsidRDefault="00000000">
            <w:r>
              <w:t>21 August 2026</w:t>
            </w:r>
          </w:p>
        </w:tc>
      </w:tr>
      <w:tr w:rsidR="00D521CC" w14:paraId="2076962D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0A1944" w14:textId="77777777" w:rsidR="00D521CC" w:rsidRDefault="00000000">
            <w:r>
              <w:rPr>
                <w:b/>
                <w:color w:val="0B3768"/>
              </w:rPr>
              <w:t>Venue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780578" w14:textId="77777777" w:rsidR="00D521CC" w:rsidRDefault="00000000">
            <w:r>
              <w:t>Juniper Hall, India Habitat Centre, New Delhi</w:t>
            </w:r>
          </w:p>
        </w:tc>
      </w:tr>
      <w:tr w:rsidR="00D521CC" w14:paraId="405237C5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6BFE10" w14:textId="77777777" w:rsidR="00D521CC" w:rsidRDefault="00000000">
            <w:r>
              <w:rPr>
                <w:b/>
                <w:color w:val="0B3768"/>
              </w:rPr>
              <w:t>Application reference no.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FE6AC1" w14:textId="77777777" w:rsidR="00D521CC" w:rsidRDefault="00000000">
            <w:r>
              <w:t>For office use only: __________________</w:t>
            </w:r>
          </w:p>
        </w:tc>
      </w:tr>
    </w:tbl>
    <w:p w14:paraId="2D3254B6" w14:textId="77777777" w:rsidR="00D521CC" w:rsidRDefault="00000000">
      <w:r>
        <w:t>Submit one separate application for each award category. Applicants must complete the Common Information section and only the relevant award section: Leadership Awards or Impact Awards.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3DCCE0D7" w14:textId="77777777">
        <w:trPr>
          <w:jc w:val="center"/>
        </w:trPr>
        <w:tc>
          <w:tcPr>
            <w:tcW w:w="10368" w:type="dxa"/>
            <w:shd w:val="clear" w:color="auto" w:fill="0B376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E8A347" w14:textId="77777777" w:rsidR="00D521CC" w:rsidRDefault="00000000">
            <w:r>
              <w:rPr>
                <w:b/>
                <w:color w:val="FFFFFF"/>
                <w:sz w:val="22"/>
              </w:rPr>
              <w:t>PART I - COMMON INFORMATION FOR ALL APPLICANTS</w:t>
            </w:r>
          </w:p>
        </w:tc>
      </w:tr>
    </w:tbl>
    <w:p w14:paraId="77DA704B" w14:textId="77777777" w:rsidR="00D521CC" w:rsidRDefault="00000000">
      <w:pPr>
        <w:pStyle w:val="Heading2"/>
      </w:pPr>
      <w:r>
        <w:t>1. Select Award Pillar and Category</w:t>
      </w:r>
    </w:p>
    <w:p w14:paraId="1212E56F" w14:textId="77777777" w:rsidR="00D521CC" w:rsidRDefault="00000000">
      <w:r>
        <w:t>Please select one award pillar and one category only for this application.</w:t>
      </w:r>
    </w:p>
    <w:p w14:paraId="79F89449" w14:textId="77777777" w:rsidR="00D521CC" w:rsidRDefault="00000000">
      <w:pPr>
        <w:pStyle w:val="Heading3"/>
      </w:pPr>
      <w:r>
        <w:t>A. LEADERSHIP AWARDS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D521CC" w14:paraId="303B1943" w14:textId="77777777">
        <w:trPr>
          <w:tblHeader/>
          <w:jc w:val="center"/>
        </w:trPr>
        <w:tc>
          <w:tcPr>
            <w:tcW w:w="3456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5DA0DD" w14:textId="77777777" w:rsidR="00D521CC" w:rsidRDefault="00000000">
            <w:r>
              <w:rPr>
                <w:b/>
                <w:color w:val="0B3768"/>
              </w:rPr>
              <w:t>Select</w:t>
            </w:r>
          </w:p>
        </w:tc>
        <w:tc>
          <w:tcPr>
            <w:tcW w:w="3456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F1314D" w14:textId="77777777" w:rsidR="00D521CC" w:rsidRDefault="00000000">
            <w:r>
              <w:rPr>
                <w:b/>
                <w:color w:val="0B3768"/>
              </w:rPr>
              <w:t>Code</w:t>
            </w:r>
          </w:p>
        </w:tc>
        <w:tc>
          <w:tcPr>
            <w:tcW w:w="3456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FD29D7" w14:textId="77777777" w:rsidR="00D521CC" w:rsidRDefault="00000000">
            <w:r>
              <w:rPr>
                <w:b/>
                <w:color w:val="0B3768"/>
              </w:rPr>
              <w:t>Award Category</w:t>
            </w:r>
          </w:p>
        </w:tc>
      </w:tr>
      <w:tr w:rsidR="00D521CC" w14:paraId="1CD4976C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44F85A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F88CCD" w14:textId="77777777" w:rsidR="00D521CC" w:rsidRDefault="00000000">
            <w:r>
              <w:rPr>
                <w:b/>
              </w:rPr>
              <w:t>L1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3E9B32" w14:textId="77777777" w:rsidR="00D521CC" w:rsidRDefault="00000000">
            <w:r>
              <w:t>Impact CSR Head - Large Projects</w:t>
            </w:r>
          </w:p>
        </w:tc>
      </w:tr>
      <w:tr w:rsidR="00D521CC" w14:paraId="4F1310C3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C1BDF0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A06066" w14:textId="77777777" w:rsidR="00D521CC" w:rsidRDefault="00000000">
            <w:r>
              <w:rPr>
                <w:b/>
              </w:rPr>
              <w:t>L2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9F1C73" w14:textId="77777777" w:rsidR="00D521CC" w:rsidRDefault="00000000">
            <w:r>
              <w:t>Impact CSR Head - Medium Projects</w:t>
            </w:r>
          </w:p>
        </w:tc>
      </w:tr>
      <w:tr w:rsidR="00D521CC" w14:paraId="5F8EEE1A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76F064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F10737" w14:textId="77777777" w:rsidR="00D521CC" w:rsidRDefault="00000000">
            <w:r>
              <w:rPr>
                <w:b/>
              </w:rPr>
              <w:t>L3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AEAF7D" w14:textId="77777777" w:rsidR="00D521CC" w:rsidRDefault="00000000">
            <w:r>
              <w:t>Impact CSR Head - Small Projects</w:t>
            </w:r>
          </w:p>
        </w:tc>
      </w:tr>
    </w:tbl>
    <w:p w14:paraId="09515548" w14:textId="77777777" w:rsidR="00D521CC" w:rsidRDefault="00000000">
      <w:pPr>
        <w:pStyle w:val="Heading3"/>
      </w:pPr>
      <w:r>
        <w:t>B. IMPACT AWARDS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D521CC" w14:paraId="1BF868DC" w14:textId="77777777">
        <w:trPr>
          <w:tblHeader/>
          <w:jc w:val="center"/>
        </w:trPr>
        <w:tc>
          <w:tcPr>
            <w:tcW w:w="3456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416BF9" w14:textId="77777777" w:rsidR="00D521CC" w:rsidRDefault="00000000">
            <w:r>
              <w:rPr>
                <w:b/>
                <w:color w:val="0B3768"/>
              </w:rPr>
              <w:t>Select</w:t>
            </w:r>
          </w:p>
        </w:tc>
        <w:tc>
          <w:tcPr>
            <w:tcW w:w="3456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D7E781" w14:textId="77777777" w:rsidR="00D521CC" w:rsidRDefault="00000000">
            <w:r>
              <w:rPr>
                <w:b/>
                <w:color w:val="0B3768"/>
              </w:rPr>
              <w:t>Code</w:t>
            </w:r>
          </w:p>
        </w:tc>
        <w:tc>
          <w:tcPr>
            <w:tcW w:w="3456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D9149B" w14:textId="77777777" w:rsidR="00D521CC" w:rsidRDefault="00000000">
            <w:r>
              <w:rPr>
                <w:b/>
                <w:color w:val="0B3768"/>
              </w:rPr>
              <w:t>Award Category</w:t>
            </w:r>
          </w:p>
        </w:tc>
      </w:tr>
      <w:tr w:rsidR="00D521CC" w14:paraId="4F672B02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DB7EA4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960E54" w14:textId="77777777" w:rsidR="00D521CC" w:rsidRDefault="00000000">
            <w:r>
              <w:rPr>
                <w:b/>
              </w:rPr>
              <w:t>I1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0818F" w14:textId="77777777" w:rsidR="00D521CC" w:rsidRDefault="00000000">
            <w:r>
              <w:t>High Impact CSR Project in Education</w:t>
            </w:r>
          </w:p>
        </w:tc>
      </w:tr>
      <w:tr w:rsidR="00D521CC" w14:paraId="07BC7151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E9C052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83E666" w14:textId="77777777" w:rsidR="00D521CC" w:rsidRDefault="00000000">
            <w:r>
              <w:rPr>
                <w:b/>
              </w:rPr>
              <w:t>I2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2AC460" w14:textId="77777777" w:rsidR="00D521CC" w:rsidRDefault="00000000">
            <w:r>
              <w:t>High Impact CSR Project in Livelihoods</w:t>
            </w:r>
          </w:p>
        </w:tc>
      </w:tr>
      <w:tr w:rsidR="00D521CC" w14:paraId="11ECB00E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53ED1E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BC76AF" w14:textId="77777777" w:rsidR="00D521CC" w:rsidRDefault="00000000">
            <w:r>
              <w:rPr>
                <w:b/>
              </w:rPr>
              <w:t>I3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21E8CC" w14:textId="77777777" w:rsidR="00D521CC" w:rsidRDefault="00000000">
            <w:r>
              <w:t>High Impact CSR Project in Healthcare</w:t>
            </w:r>
          </w:p>
        </w:tc>
      </w:tr>
      <w:tr w:rsidR="00D521CC" w14:paraId="662E3DE5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2AC9AD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87BB5A" w14:textId="77777777" w:rsidR="00D521CC" w:rsidRDefault="00000000">
            <w:r>
              <w:rPr>
                <w:b/>
              </w:rPr>
              <w:t>I4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2B4CCE" w14:textId="77777777" w:rsidR="00D521CC" w:rsidRDefault="00000000">
            <w:r>
              <w:t>High Impact CSR Project in Skills Development</w:t>
            </w:r>
          </w:p>
        </w:tc>
      </w:tr>
      <w:tr w:rsidR="00D521CC" w14:paraId="75594AC2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0969D6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2E02F1" w14:textId="77777777" w:rsidR="00D521CC" w:rsidRDefault="00000000">
            <w:r>
              <w:rPr>
                <w:b/>
              </w:rPr>
              <w:t>I5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33CD58" w14:textId="77777777" w:rsidR="00D521CC" w:rsidRDefault="00000000">
            <w:r>
              <w:t>High Impact CSR Project in Climate Action</w:t>
            </w:r>
          </w:p>
        </w:tc>
      </w:tr>
      <w:tr w:rsidR="00D521CC" w14:paraId="6A2E60F4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95F19B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62C542" w14:textId="77777777" w:rsidR="00D521CC" w:rsidRDefault="00000000">
            <w:r>
              <w:rPr>
                <w:b/>
              </w:rPr>
              <w:t>I6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368237" w14:textId="77777777" w:rsidR="00D521CC" w:rsidRDefault="00000000">
            <w:r>
              <w:t>High Impact CSR Project in Women Empowerment</w:t>
            </w:r>
          </w:p>
        </w:tc>
      </w:tr>
    </w:tbl>
    <w:p w14:paraId="104A5CEA" w14:textId="77777777" w:rsidR="00D521CC" w:rsidRDefault="00000000">
      <w:pPr>
        <w:pStyle w:val="Heading2"/>
      </w:pPr>
      <w:r>
        <w:lastRenderedPageBreak/>
        <w:t>2. Eligibility Confirmation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D521CC" w14:paraId="0486D9E3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DB428B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94978D" w14:textId="77777777" w:rsidR="00D521CC" w:rsidRDefault="00000000">
            <w:r>
              <w:t>The applicant is an eligible company, corporate foundation, Section 8 company, registered trust, society or other eligible entity operating in India.</w:t>
            </w:r>
          </w:p>
        </w:tc>
      </w:tr>
      <w:tr w:rsidR="00D521CC" w14:paraId="1B6FE442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618EE4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B387DC" w14:textId="77777777" w:rsidR="00D521CC" w:rsidRDefault="00000000">
            <w:r>
              <w:t>The nominated leader or project is associated with a CSR initiative implemented in India during the eligible assessment period.</w:t>
            </w:r>
          </w:p>
        </w:tc>
      </w:tr>
      <w:tr w:rsidR="00D521CC" w14:paraId="14A3A194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9469A8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A615EB" w14:textId="77777777" w:rsidR="00D521CC" w:rsidRDefault="00000000">
            <w:r>
              <w:t>The application is supported by verifiable financial, programme and impact documentation.</w:t>
            </w:r>
          </w:p>
        </w:tc>
      </w:tr>
      <w:tr w:rsidR="00D521CC" w14:paraId="2EEE59A4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7A6FFF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27838B" w14:textId="77777777" w:rsidR="00D521CC" w:rsidRDefault="00000000">
            <w:r>
              <w:t>The applicant authorises the Awards Secretariat or appointed assessor to verify the information submitted.</w:t>
            </w:r>
          </w:p>
        </w:tc>
      </w:tr>
      <w:tr w:rsidR="00D521CC" w14:paraId="12AAAD3C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F1C2DF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CD93C4" w14:textId="77777777" w:rsidR="00D521CC" w:rsidRDefault="00000000">
            <w:r>
              <w:t>The applicant agrees to provide clarifications or additional evidence when requested.</w:t>
            </w:r>
          </w:p>
        </w:tc>
      </w:tr>
    </w:tbl>
    <w:p w14:paraId="38C480E8" w14:textId="77777777" w:rsidR="00D521CC" w:rsidRDefault="00000000">
      <w:pPr>
        <w:pStyle w:val="Heading2"/>
      </w:pPr>
      <w:r>
        <w:t>3. Applicant Organisation Profile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D521CC" w14:paraId="217975A0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922144" w14:textId="502B21B9" w:rsidR="00D521CC" w:rsidRDefault="00000000">
            <w:r>
              <w:rPr>
                <w:b/>
                <w:color w:val="0B3768"/>
              </w:rPr>
              <w:t xml:space="preserve">Name of </w:t>
            </w:r>
            <w:r w:rsidR="00B75E50">
              <w:rPr>
                <w:b/>
                <w:color w:val="0B3768"/>
              </w:rPr>
              <w:t>organization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131781" w14:textId="77777777" w:rsidR="00D521CC" w:rsidRDefault="00D521CC"/>
        </w:tc>
      </w:tr>
      <w:tr w:rsidR="00D521CC" w14:paraId="6C9995C6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A232B9" w14:textId="77777777" w:rsidR="00D521CC" w:rsidRDefault="00000000">
            <w:r>
              <w:rPr>
                <w:b/>
                <w:color w:val="0B3768"/>
              </w:rPr>
              <w:t>Registered address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80B482" w14:textId="77777777" w:rsidR="00D521CC" w:rsidRDefault="00D521CC"/>
        </w:tc>
      </w:tr>
      <w:tr w:rsidR="00D521CC" w14:paraId="5161714D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13AFC2" w14:textId="77777777" w:rsidR="00D521CC" w:rsidRDefault="00000000">
            <w:r>
              <w:rPr>
                <w:b/>
                <w:color w:val="0B3768"/>
              </w:rPr>
              <w:t>Website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4A95CC" w14:textId="77777777" w:rsidR="00D521CC" w:rsidRDefault="00D521CC"/>
        </w:tc>
      </w:tr>
      <w:tr w:rsidR="00D521CC" w14:paraId="727C3986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4467AC" w14:textId="77777777" w:rsidR="00D521CC" w:rsidRDefault="00000000">
            <w:r>
              <w:rPr>
                <w:b/>
                <w:color w:val="0B3768"/>
              </w:rPr>
              <w:t>Year of establishment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49FD03" w14:textId="77777777" w:rsidR="00D521CC" w:rsidRDefault="00D521CC"/>
        </w:tc>
      </w:tr>
      <w:tr w:rsidR="00D521CC" w14:paraId="563B02B9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B7B6ED" w14:textId="77777777" w:rsidR="00D521CC" w:rsidRDefault="00000000">
            <w:r>
              <w:rPr>
                <w:b/>
                <w:color w:val="0B3768"/>
              </w:rPr>
              <w:t>Legal status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F175A4" w14:textId="77777777" w:rsidR="00D521CC" w:rsidRDefault="00D521CC"/>
        </w:tc>
      </w:tr>
      <w:tr w:rsidR="00D521CC" w14:paraId="701E366B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E44DA6" w14:textId="77777777" w:rsidR="00D521CC" w:rsidRDefault="00000000">
            <w:r>
              <w:rPr>
                <w:b/>
                <w:color w:val="0B3768"/>
              </w:rPr>
              <w:t>CSR registration number, if applicable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8395FF" w14:textId="77777777" w:rsidR="00D521CC" w:rsidRDefault="00D521CC"/>
        </w:tc>
      </w:tr>
      <w:tr w:rsidR="00D521CC" w14:paraId="76A6305D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1A9E75" w14:textId="77777777" w:rsidR="00D521CC" w:rsidRDefault="00000000">
            <w:r>
              <w:rPr>
                <w:b/>
                <w:color w:val="0B3768"/>
              </w:rPr>
              <w:t>Primary sectors of work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3DC472" w14:textId="77777777" w:rsidR="00D521CC" w:rsidRDefault="00D521CC"/>
        </w:tc>
      </w:tr>
      <w:tr w:rsidR="00D521CC" w14:paraId="4EB76739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9A4FA7" w14:textId="77777777" w:rsidR="00D521CC" w:rsidRDefault="00000000">
            <w:r>
              <w:rPr>
                <w:b/>
                <w:color w:val="0B3768"/>
              </w:rPr>
              <w:t>States / Union Territories of operation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EE9ADA" w14:textId="77777777" w:rsidR="00D521CC" w:rsidRDefault="00D521CC"/>
        </w:tc>
      </w:tr>
      <w:tr w:rsidR="00D521CC" w14:paraId="05467C25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FFE13A" w14:textId="77777777" w:rsidR="00D521CC" w:rsidRDefault="00000000">
            <w:r>
              <w:rPr>
                <w:b/>
                <w:color w:val="0B3768"/>
              </w:rPr>
              <w:t>Total CSR expenditure in the latest completed FY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706103" w14:textId="77777777" w:rsidR="00D521CC" w:rsidRDefault="00000000">
            <w:r>
              <w:t>INR __________________</w:t>
            </w:r>
          </w:p>
        </w:tc>
      </w:tr>
      <w:tr w:rsidR="00D521CC" w14:paraId="04A03805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1558ED" w14:textId="77777777" w:rsidR="00D521CC" w:rsidRDefault="00000000">
            <w:r>
              <w:rPr>
                <w:b/>
                <w:color w:val="0B3768"/>
              </w:rPr>
              <w:t>Organisation size classification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0172DC" w14:textId="77777777" w:rsidR="00D521CC" w:rsidRDefault="00000000">
            <w:r>
              <w:t>Large / Medium / Small</w:t>
            </w:r>
          </w:p>
        </w:tc>
      </w:tr>
      <w:tr w:rsidR="00D521CC" w14:paraId="5CD01445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91BFFB" w14:textId="77777777" w:rsidR="00D521CC" w:rsidRDefault="00000000">
            <w:r>
              <w:rPr>
                <w:b/>
                <w:color w:val="0B3768"/>
              </w:rPr>
              <w:t>Name of authorised signatory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7EC173" w14:textId="77777777" w:rsidR="00D521CC" w:rsidRDefault="00D521CC"/>
        </w:tc>
      </w:tr>
      <w:tr w:rsidR="00D521CC" w14:paraId="3648C691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A67D73" w14:textId="77777777" w:rsidR="00D521CC" w:rsidRDefault="00000000">
            <w:r>
              <w:rPr>
                <w:b/>
                <w:color w:val="0B3768"/>
              </w:rPr>
              <w:t>Designation of authorised signatory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276B36" w14:textId="77777777" w:rsidR="00D521CC" w:rsidRDefault="00D521CC"/>
        </w:tc>
      </w:tr>
    </w:tbl>
    <w:p w14:paraId="20F67B40" w14:textId="77777777" w:rsidR="00D521CC" w:rsidRDefault="00000000">
      <w:pPr>
        <w:pStyle w:val="Heading2"/>
      </w:pPr>
      <w:r>
        <w:t>4. Contact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D521CC" w14:paraId="13D68483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E3002C" w14:textId="77777777" w:rsidR="00D521CC" w:rsidRDefault="00000000">
            <w:r>
              <w:rPr>
                <w:b/>
                <w:color w:val="0B3768"/>
              </w:rPr>
              <w:t>Primary contact person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8A5B1E" w14:textId="77777777" w:rsidR="00D521CC" w:rsidRDefault="00D521CC"/>
        </w:tc>
      </w:tr>
      <w:tr w:rsidR="00D521CC" w14:paraId="09A83828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A65DAC" w14:textId="77777777" w:rsidR="00D521CC" w:rsidRDefault="00000000">
            <w:r>
              <w:rPr>
                <w:b/>
                <w:color w:val="0B3768"/>
              </w:rPr>
              <w:t>Designation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645F49" w14:textId="77777777" w:rsidR="00D521CC" w:rsidRDefault="00D521CC"/>
        </w:tc>
      </w:tr>
      <w:tr w:rsidR="00D521CC" w14:paraId="705DF503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7F18B2" w14:textId="77777777" w:rsidR="00D521CC" w:rsidRDefault="00000000">
            <w:r>
              <w:rPr>
                <w:b/>
                <w:color w:val="0B3768"/>
              </w:rPr>
              <w:t>Email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E3270D" w14:textId="77777777" w:rsidR="00D521CC" w:rsidRDefault="00D521CC"/>
        </w:tc>
      </w:tr>
      <w:tr w:rsidR="00D521CC" w14:paraId="4CF8EA85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8D6561" w14:textId="77777777" w:rsidR="00D521CC" w:rsidRDefault="00000000">
            <w:r>
              <w:rPr>
                <w:b/>
                <w:color w:val="0B3768"/>
              </w:rPr>
              <w:t>Mobile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772CA7" w14:textId="77777777" w:rsidR="00D521CC" w:rsidRDefault="00D521CC"/>
        </w:tc>
      </w:tr>
      <w:tr w:rsidR="00D521CC" w14:paraId="0333B010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49C0B8" w14:textId="77777777" w:rsidR="00D521CC" w:rsidRDefault="00000000">
            <w:r>
              <w:rPr>
                <w:b/>
                <w:color w:val="0B3768"/>
              </w:rPr>
              <w:t>Secondary contact person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730280" w14:textId="77777777" w:rsidR="00D521CC" w:rsidRDefault="00D521CC"/>
        </w:tc>
      </w:tr>
      <w:tr w:rsidR="00D521CC" w14:paraId="72FCA4D3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F5F4D5" w14:textId="77777777" w:rsidR="00D521CC" w:rsidRDefault="00000000">
            <w:r>
              <w:rPr>
                <w:b/>
                <w:color w:val="0B3768"/>
              </w:rPr>
              <w:t>Designation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BE70DD" w14:textId="77777777" w:rsidR="00D521CC" w:rsidRDefault="00D521CC"/>
        </w:tc>
      </w:tr>
      <w:tr w:rsidR="00D521CC" w14:paraId="79BD7B0B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4C2AFC" w14:textId="77777777" w:rsidR="00D521CC" w:rsidRDefault="00000000">
            <w:r>
              <w:rPr>
                <w:b/>
                <w:color w:val="0B3768"/>
              </w:rPr>
              <w:t>Email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19FAF6" w14:textId="77777777" w:rsidR="00D521CC" w:rsidRDefault="00D521CC"/>
        </w:tc>
      </w:tr>
      <w:tr w:rsidR="00D521CC" w14:paraId="6D6CFB41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26405E" w14:textId="77777777" w:rsidR="00D521CC" w:rsidRDefault="00000000">
            <w:r>
              <w:rPr>
                <w:b/>
                <w:color w:val="0B3768"/>
              </w:rPr>
              <w:t>Mobile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803B3A" w14:textId="77777777" w:rsidR="00D521CC" w:rsidRDefault="00D521CC"/>
        </w:tc>
      </w:tr>
    </w:tbl>
    <w:p w14:paraId="08EFEEFE" w14:textId="77777777" w:rsidR="00D521CC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3EF4C8CD" w14:textId="77777777">
        <w:trPr>
          <w:jc w:val="center"/>
        </w:trPr>
        <w:tc>
          <w:tcPr>
            <w:tcW w:w="10368" w:type="dxa"/>
            <w:shd w:val="clear" w:color="auto" w:fill="0B376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B03BD8" w14:textId="77777777" w:rsidR="00D521CC" w:rsidRDefault="00000000">
            <w:r>
              <w:rPr>
                <w:b/>
                <w:color w:val="FFFFFF"/>
                <w:sz w:val="22"/>
              </w:rPr>
              <w:lastRenderedPageBreak/>
              <w:t>PART II - LEADERSHIP AWARDS APPLICATION</w:t>
            </w:r>
          </w:p>
        </w:tc>
      </w:tr>
    </w:tbl>
    <w:p w14:paraId="4FC839B6" w14:textId="77777777" w:rsidR="00D521CC" w:rsidRDefault="00000000">
      <w:r>
        <w:t>Complete Part II only for categories L1, L2 or L3. Do not complete Part III.</w:t>
      </w:r>
    </w:p>
    <w:p w14:paraId="4F5AE1C5" w14:textId="77777777" w:rsidR="00D521CC" w:rsidRDefault="00000000">
      <w:pPr>
        <w:pStyle w:val="Heading2"/>
      </w:pPr>
      <w:r>
        <w:t>5. Nominated CSR Leader Profile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D521CC" w14:paraId="0F3B5F10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94168F" w14:textId="77777777" w:rsidR="00D521CC" w:rsidRDefault="00000000">
            <w:r>
              <w:rPr>
                <w:b/>
                <w:color w:val="0B3768"/>
              </w:rPr>
              <w:t>Name of nominee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325D8B" w14:textId="77777777" w:rsidR="00D521CC" w:rsidRDefault="00D521CC"/>
        </w:tc>
      </w:tr>
      <w:tr w:rsidR="00D521CC" w14:paraId="4EDE3EA8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BA99D0" w14:textId="77777777" w:rsidR="00D521CC" w:rsidRDefault="00000000">
            <w:r>
              <w:rPr>
                <w:b/>
                <w:color w:val="0B3768"/>
              </w:rPr>
              <w:t>Current designation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ABB8D2" w14:textId="77777777" w:rsidR="00D521CC" w:rsidRDefault="00D521CC"/>
        </w:tc>
      </w:tr>
      <w:tr w:rsidR="00D521CC" w14:paraId="3E4EADCE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16A23A" w14:textId="77777777" w:rsidR="00D521CC" w:rsidRDefault="00000000">
            <w:r>
              <w:rPr>
                <w:b/>
                <w:color w:val="0B3768"/>
              </w:rPr>
              <w:t>Organisation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5A53D3" w14:textId="77777777" w:rsidR="00D521CC" w:rsidRDefault="00D521CC"/>
        </w:tc>
      </w:tr>
      <w:tr w:rsidR="00D521CC" w14:paraId="4D1A9FCA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6E7DBE" w14:textId="77777777" w:rsidR="00D521CC" w:rsidRDefault="00000000">
            <w:r>
              <w:rPr>
                <w:b/>
                <w:color w:val="0B3768"/>
              </w:rPr>
              <w:t>Years of experience in CSR / social development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DACDED" w14:textId="77777777" w:rsidR="00D521CC" w:rsidRDefault="00D521CC"/>
        </w:tc>
      </w:tr>
      <w:tr w:rsidR="00D521CC" w14:paraId="3C08590D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70E60C" w14:textId="77777777" w:rsidR="00D521CC" w:rsidRDefault="00000000">
            <w:r>
              <w:rPr>
                <w:b/>
                <w:color w:val="0B3768"/>
              </w:rPr>
              <w:t>Period in current role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360FC9" w14:textId="77777777" w:rsidR="00D521CC" w:rsidRDefault="00D521CC"/>
        </w:tc>
      </w:tr>
      <w:tr w:rsidR="00D521CC" w14:paraId="111C9401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4D290E" w14:textId="77777777" w:rsidR="00D521CC" w:rsidRDefault="00000000">
            <w:r>
              <w:rPr>
                <w:b/>
                <w:color w:val="0B3768"/>
              </w:rPr>
              <w:t>Category selected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2CD60D" w14:textId="77777777" w:rsidR="00D521CC" w:rsidRDefault="00000000">
            <w:r>
              <w:t>L1 / L2 / L3</w:t>
            </w:r>
          </w:p>
        </w:tc>
      </w:tr>
      <w:tr w:rsidR="00D521CC" w14:paraId="0C3BE9F7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66B7B1" w14:textId="77777777" w:rsidR="00D521CC" w:rsidRDefault="00000000">
            <w:r>
              <w:rPr>
                <w:b/>
                <w:color w:val="0B3768"/>
              </w:rPr>
              <w:t>CSR portfolio / project value supervised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A1C629" w14:textId="77777777" w:rsidR="00D521CC" w:rsidRDefault="00000000">
            <w:r>
              <w:t>INR __________________</w:t>
            </w:r>
          </w:p>
        </w:tc>
      </w:tr>
      <w:tr w:rsidR="00D521CC" w14:paraId="593823C5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8B5EC0" w14:textId="77777777" w:rsidR="00D521CC" w:rsidRDefault="00000000">
            <w:r>
              <w:rPr>
                <w:b/>
                <w:color w:val="0B3768"/>
              </w:rPr>
              <w:t>Team size / geographic coverage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BEEA88" w14:textId="77777777" w:rsidR="00D521CC" w:rsidRDefault="00D521CC"/>
        </w:tc>
      </w:tr>
      <w:tr w:rsidR="00D521CC" w14:paraId="11B220E5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C11787" w14:textId="77777777" w:rsidR="00D521CC" w:rsidRDefault="00000000">
            <w:r>
              <w:rPr>
                <w:b/>
                <w:color w:val="0B3768"/>
              </w:rPr>
              <w:t>Professional profile link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B08383" w14:textId="77777777" w:rsidR="00D521CC" w:rsidRDefault="00D521CC"/>
        </w:tc>
      </w:tr>
      <w:tr w:rsidR="00D521CC" w14:paraId="223FFF09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A49EAB" w14:textId="77777777" w:rsidR="00D521CC" w:rsidRDefault="00000000">
            <w:r>
              <w:rPr>
                <w:b/>
                <w:color w:val="0B3768"/>
              </w:rPr>
              <w:t>Nominee consent attached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681024" w14:textId="77777777" w:rsidR="00D521CC" w:rsidRDefault="00000000">
            <w:r>
              <w:t>Yes / No</w:t>
            </w:r>
          </w:p>
        </w:tc>
      </w:tr>
    </w:tbl>
    <w:p w14:paraId="0C27BA77" w14:textId="77777777" w:rsidR="00D521CC" w:rsidRDefault="00000000">
      <w:pPr>
        <w:pStyle w:val="Heading2"/>
      </w:pPr>
      <w:r>
        <w:t>6. Leadership Award Qualification</w:t>
      </w:r>
    </w:p>
    <w:p w14:paraId="6B291190" w14:textId="77777777" w:rsidR="00D521CC" w:rsidRDefault="00000000">
      <w:r>
        <w:t>Provide information for the project-size category selected. The award will assess the leader’s strategic role, governance, measurable outcomes, innovation, collaboration and ability to sustain and scale impact.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D521CC" w14:paraId="77A8F065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93B335" w14:textId="77777777" w:rsidR="00D521CC" w:rsidRDefault="00000000">
            <w:r>
              <w:rPr>
                <w:b/>
                <w:color w:val="0B3768"/>
              </w:rPr>
              <w:t>Project-size band selected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4EAF54" w14:textId="77777777" w:rsidR="00D521CC" w:rsidRDefault="00000000">
            <w:r>
              <w:t>Large / Medium / Small</w:t>
            </w:r>
          </w:p>
        </w:tc>
      </w:tr>
      <w:tr w:rsidR="00D521CC" w14:paraId="7CB200F2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1B4C74" w14:textId="77777777" w:rsidR="00D521CC" w:rsidRDefault="00000000">
            <w:r>
              <w:rPr>
                <w:b/>
                <w:color w:val="0B3768"/>
              </w:rPr>
              <w:t>Total value of projects led during assessment period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50B80F" w14:textId="77777777" w:rsidR="00D521CC" w:rsidRDefault="00000000">
            <w:r>
              <w:t>INR __________________</w:t>
            </w:r>
          </w:p>
        </w:tc>
      </w:tr>
      <w:tr w:rsidR="00D521CC" w14:paraId="53771C4B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DB3A86" w14:textId="77777777" w:rsidR="00D521CC" w:rsidRDefault="00000000">
            <w:r>
              <w:rPr>
                <w:b/>
                <w:color w:val="0B3768"/>
              </w:rPr>
              <w:t>Assessment period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611534" w14:textId="77777777" w:rsidR="00D521CC" w:rsidRDefault="00000000">
            <w:r>
              <w:t>FY __________ to FY __________</w:t>
            </w:r>
          </w:p>
        </w:tc>
      </w:tr>
      <w:tr w:rsidR="00D521CC" w14:paraId="4343701F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855020" w14:textId="77777777" w:rsidR="00D521CC" w:rsidRDefault="00000000">
            <w:r>
              <w:rPr>
                <w:b/>
                <w:color w:val="0B3768"/>
              </w:rPr>
              <w:t>Number of active CSR projects led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5F9E29" w14:textId="77777777" w:rsidR="00D521CC" w:rsidRDefault="00D521CC"/>
        </w:tc>
      </w:tr>
      <w:tr w:rsidR="00D521CC" w14:paraId="1974B218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313E51" w14:textId="77777777" w:rsidR="00D521CC" w:rsidRDefault="00000000">
            <w:r>
              <w:rPr>
                <w:b/>
                <w:color w:val="0B3768"/>
              </w:rPr>
              <w:t>Total direct beneficiaries reached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304FDD" w14:textId="77777777" w:rsidR="00D521CC" w:rsidRDefault="00D521CC"/>
        </w:tc>
      </w:tr>
      <w:tr w:rsidR="00D521CC" w14:paraId="393EB615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E11045" w14:textId="77777777" w:rsidR="00D521CC" w:rsidRDefault="00000000">
            <w:r>
              <w:rPr>
                <w:b/>
                <w:color w:val="0B3768"/>
              </w:rPr>
              <w:t>Independent impact assessment available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3A00D4" w14:textId="77777777" w:rsidR="00D521CC" w:rsidRDefault="00000000">
            <w:r>
              <w:t>Yes / No</w:t>
            </w:r>
          </w:p>
        </w:tc>
      </w:tr>
    </w:tbl>
    <w:p w14:paraId="35DC2124" w14:textId="77777777" w:rsidR="00D521CC" w:rsidRDefault="00000000">
      <w:pPr>
        <w:pStyle w:val="Heading2"/>
      </w:pPr>
      <w:r>
        <w:t>7. Leadership Narrative</w:t>
      </w:r>
    </w:p>
    <w:p w14:paraId="58F02FED" w14:textId="77777777" w:rsidR="00D521CC" w:rsidRDefault="00000000">
      <w:pPr>
        <w:spacing w:after="80"/>
      </w:pPr>
      <w:r>
        <w:rPr>
          <w:b/>
        </w:rPr>
        <w:t>7.1 Describe the nominee’s CSR leadership vision and its alignment with national development priorities and relevant SDGs. (Maximum 300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6602E8E1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B8CBD" w14:textId="77777777" w:rsidR="00D521CC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18ACDEC0" w14:textId="77777777" w:rsidR="00D521CC" w:rsidRDefault="00000000">
      <w:pPr>
        <w:spacing w:after="80"/>
      </w:pPr>
      <w:r>
        <w:rPr>
          <w:b/>
        </w:rPr>
        <w:t>7.2 Explain the nominee’s role in CSR strategy, governance, programme design, risk management, ethics and stakeholder engagement. (Maximum 300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44943088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A2B84" w14:textId="77777777" w:rsidR="00D521CC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0416B97C" w14:textId="77777777" w:rsidR="00D521CC" w:rsidRDefault="00000000">
      <w:pPr>
        <w:spacing w:after="80"/>
      </w:pPr>
      <w:r>
        <w:rPr>
          <w:b/>
        </w:rPr>
        <w:lastRenderedPageBreak/>
        <w:t>7.3 List up to five measurable achievements delivered under the nominee’s leadership, with evidence. (Maximum 300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1F521B91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688FC" w14:textId="77777777" w:rsidR="00D521CC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2BF8526F" w14:textId="77777777" w:rsidR="00D521CC" w:rsidRDefault="00000000">
      <w:pPr>
        <w:spacing w:after="80"/>
      </w:pPr>
      <w:r>
        <w:rPr>
          <w:b/>
        </w:rPr>
        <w:t>7.4 Explain how the nominee enabled innovation, AI or technology adoption, partnerships, scale and sustainability. (Maximum 300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5A18D471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F2E1C" w14:textId="77777777" w:rsidR="00D521CC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059ADF07" w14:textId="77777777" w:rsidR="00D521CC" w:rsidRDefault="00000000">
      <w:pPr>
        <w:spacing w:after="80"/>
      </w:pPr>
      <w:r>
        <w:rPr>
          <w:b/>
        </w:rPr>
        <w:t>7.5 Describe how the leader strengthened the capability of teams, implementation partners and communities. (Maximum 250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164FD96F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AB935" w14:textId="77777777" w:rsidR="00D521CC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10552D20" w14:textId="77777777" w:rsidR="00D521CC" w:rsidRDefault="00000000">
      <w:pPr>
        <w:spacing w:after="80"/>
      </w:pPr>
      <w:r>
        <w:rPr>
          <w:b/>
        </w:rPr>
        <w:t>7.6 Why should the nominee receive the SETU Bandhan CSR Leadership Award? (Maximum 250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53C65371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0E823" w14:textId="77777777" w:rsidR="00D521CC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7A7BEFE3" w14:textId="77777777" w:rsidR="00D521CC" w:rsidRDefault="00000000">
      <w:pPr>
        <w:pStyle w:val="Heading2"/>
      </w:pPr>
      <w:r>
        <w:t>8. Leadership Results Dashboard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  <w:gridCol w:w="2074"/>
      </w:tblGrid>
      <w:tr w:rsidR="00D521CC" w14:paraId="2521FE37" w14:textId="77777777">
        <w:trPr>
          <w:jc w:val="center"/>
        </w:trPr>
        <w:tc>
          <w:tcPr>
            <w:tcW w:w="2074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AECF7F" w14:textId="77777777" w:rsidR="00D521CC" w:rsidRDefault="00000000">
            <w:r>
              <w:rPr>
                <w:b/>
                <w:color w:val="0B3768"/>
                <w:sz w:val="17"/>
              </w:rPr>
              <w:t>Key result</w:t>
            </w:r>
          </w:p>
        </w:tc>
        <w:tc>
          <w:tcPr>
            <w:tcW w:w="2074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5B3B09" w14:textId="77777777" w:rsidR="00D521CC" w:rsidRDefault="00000000">
            <w:r>
              <w:rPr>
                <w:b/>
                <w:color w:val="0B3768"/>
                <w:sz w:val="17"/>
              </w:rPr>
              <w:t>Baseline / prior status</w:t>
            </w:r>
          </w:p>
        </w:tc>
        <w:tc>
          <w:tcPr>
            <w:tcW w:w="2074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F4CADE" w14:textId="77777777" w:rsidR="00D521CC" w:rsidRDefault="00000000">
            <w:r>
              <w:rPr>
                <w:b/>
                <w:color w:val="0B3768"/>
                <w:sz w:val="17"/>
              </w:rPr>
              <w:t>Target</w:t>
            </w:r>
          </w:p>
        </w:tc>
        <w:tc>
          <w:tcPr>
            <w:tcW w:w="2074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179791" w14:textId="77777777" w:rsidR="00D521CC" w:rsidRDefault="00000000">
            <w:r>
              <w:rPr>
                <w:b/>
                <w:color w:val="0B3768"/>
                <w:sz w:val="17"/>
              </w:rPr>
              <w:t>Achievement</w:t>
            </w:r>
          </w:p>
        </w:tc>
        <w:tc>
          <w:tcPr>
            <w:tcW w:w="2074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1E6553" w14:textId="77777777" w:rsidR="00D521CC" w:rsidRDefault="00000000">
            <w:r>
              <w:rPr>
                <w:b/>
                <w:color w:val="0B3768"/>
                <w:sz w:val="17"/>
              </w:rPr>
              <w:t>Evidence / link</w:t>
            </w:r>
          </w:p>
        </w:tc>
      </w:tr>
      <w:tr w:rsidR="00D521CC" w14:paraId="628AF16E" w14:textId="77777777">
        <w:trPr>
          <w:jc w:val="center"/>
        </w:trPr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224E63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25ED9A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190B47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D296EE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F51747" w14:textId="77777777" w:rsidR="00D521CC" w:rsidRDefault="00000000">
            <w:r>
              <w:rPr>
                <w:sz w:val="17"/>
              </w:rPr>
              <w:br/>
            </w:r>
          </w:p>
        </w:tc>
      </w:tr>
      <w:tr w:rsidR="00D521CC" w14:paraId="7430E001" w14:textId="77777777">
        <w:trPr>
          <w:jc w:val="center"/>
        </w:trPr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5D05DF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B6E79F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E08DAA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A77080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93ABC2" w14:textId="77777777" w:rsidR="00D521CC" w:rsidRDefault="00000000">
            <w:r>
              <w:rPr>
                <w:sz w:val="17"/>
              </w:rPr>
              <w:br/>
            </w:r>
          </w:p>
        </w:tc>
      </w:tr>
      <w:tr w:rsidR="00D521CC" w14:paraId="660A19E1" w14:textId="77777777">
        <w:trPr>
          <w:jc w:val="center"/>
        </w:trPr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0E7EDA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2527AB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6FA6FC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65DF8B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3DDB12" w14:textId="77777777" w:rsidR="00D521CC" w:rsidRDefault="00000000">
            <w:r>
              <w:rPr>
                <w:sz w:val="17"/>
              </w:rPr>
              <w:br/>
            </w:r>
          </w:p>
        </w:tc>
      </w:tr>
      <w:tr w:rsidR="00D521CC" w14:paraId="40D481A1" w14:textId="77777777">
        <w:trPr>
          <w:jc w:val="center"/>
        </w:trPr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8FAC80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D96339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C04871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A7DC83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C34FAD" w14:textId="77777777" w:rsidR="00D521CC" w:rsidRDefault="00000000">
            <w:r>
              <w:rPr>
                <w:sz w:val="17"/>
              </w:rPr>
              <w:br/>
            </w:r>
          </w:p>
        </w:tc>
      </w:tr>
      <w:tr w:rsidR="00D521CC" w14:paraId="6F066596" w14:textId="77777777">
        <w:trPr>
          <w:jc w:val="center"/>
        </w:trPr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7DD8E7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F6E078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0E5189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5AA4A6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6B50C5" w14:textId="77777777" w:rsidR="00D521CC" w:rsidRDefault="00000000">
            <w:r>
              <w:rPr>
                <w:sz w:val="17"/>
              </w:rPr>
              <w:br/>
            </w:r>
          </w:p>
        </w:tc>
      </w:tr>
    </w:tbl>
    <w:p w14:paraId="63742B65" w14:textId="77777777" w:rsidR="00D521CC" w:rsidRDefault="00000000">
      <w:pPr>
        <w:pStyle w:val="Heading2"/>
      </w:pPr>
      <w:r>
        <w:lastRenderedPageBreak/>
        <w:t>9. Leadership Awards Supporting Documents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D521CC" w14:paraId="77CF4B7C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B19DED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047DF1" w14:textId="77777777" w:rsidR="00D521CC" w:rsidRDefault="00000000">
            <w:r>
              <w:t>Nominee profile / CV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604F4E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268974CF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8FC051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D1CF66" w14:textId="77777777" w:rsidR="00D521CC" w:rsidRDefault="00000000">
            <w:r>
              <w:t>Nominee consent letter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0E4C15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03078046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52DF00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41C683" w14:textId="77777777" w:rsidR="00D521CC" w:rsidRDefault="00000000">
            <w:r>
              <w:t>CSR policy and governance framework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695C52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359059CB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D09FAC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8A63B3" w14:textId="77777777" w:rsidR="00D521CC" w:rsidRDefault="00000000">
            <w:r>
              <w:t>Annual report / BRSR / CSR disclosure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1FAF2F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75360858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D191AA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CE2D8D" w14:textId="77777777" w:rsidR="00D521CC" w:rsidRDefault="00000000">
            <w:r>
              <w:t>Project portfolio and certified expenditure details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B671BB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7320B1EA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EB0A03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EBDA40" w14:textId="77777777" w:rsidR="00D521CC" w:rsidRDefault="00000000">
            <w:r>
              <w:t>Impact assessment or evaluation reports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2095D3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5CD84CF3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565E5C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6ECF1B" w14:textId="77777777" w:rsidR="00D521CC" w:rsidRDefault="00000000">
            <w:r>
              <w:t>Evidence supporting achievements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0C16ED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424F8BB5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0CF1B9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A2322E" w14:textId="77777777" w:rsidR="00D521CC" w:rsidRDefault="00000000">
            <w:r>
              <w:t>Two professional references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6BDED0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25F1DD2B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AF76CD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6D33FE" w14:textId="77777777" w:rsidR="00D521CC" w:rsidRDefault="00000000">
            <w:r>
              <w:t>Awards, publications or media references, if any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7086D9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1F347B2E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BE8626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2D3D3E" w14:textId="77777777" w:rsidR="00D521CC" w:rsidRDefault="00000000">
            <w:r>
              <w:t>Signed declaration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933A69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</w:tbl>
    <w:p w14:paraId="3B664D8E" w14:textId="77777777" w:rsidR="00D521CC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25E20A45" w14:textId="77777777">
        <w:trPr>
          <w:jc w:val="center"/>
        </w:trPr>
        <w:tc>
          <w:tcPr>
            <w:tcW w:w="10368" w:type="dxa"/>
            <w:shd w:val="clear" w:color="auto" w:fill="0B376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BA231D" w14:textId="77777777" w:rsidR="00D521CC" w:rsidRDefault="00000000">
            <w:r>
              <w:rPr>
                <w:b/>
                <w:color w:val="FFFFFF"/>
                <w:sz w:val="22"/>
              </w:rPr>
              <w:lastRenderedPageBreak/>
              <w:t>PART III - IMPACT AWARDS APPLICATION</w:t>
            </w:r>
          </w:p>
        </w:tc>
      </w:tr>
    </w:tbl>
    <w:p w14:paraId="6BB0C0C5" w14:textId="77777777" w:rsidR="00D521CC" w:rsidRDefault="00000000">
      <w:r>
        <w:t>Complete Part III only for categories I1 to I6. Do not complete Part II.</w:t>
      </w:r>
    </w:p>
    <w:p w14:paraId="76E03F3F" w14:textId="77777777" w:rsidR="00D521CC" w:rsidRDefault="00000000">
      <w:pPr>
        <w:pStyle w:val="Heading2"/>
      </w:pPr>
      <w:r>
        <w:t>10. Project / Initiative Profile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D521CC" w14:paraId="7D831EAD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E7537E" w14:textId="77777777" w:rsidR="00D521CC" w:rsidRDefault="00000000">
            <w:r>
              <w:rPr>
                <w:b/>
                <w:color w:val="0B3768"/>
              </w:rPr>
              <w:t>Project / initiative name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7AC923" w14:textId="77777777" w:rsidR="00D521CC" w:rsidRDefault="00D521CC"/>
        </w:tc>
      </w:tr>
      <w:tr w:rsidR="00D521CC" w14:paraId="6E595249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3CC052" w14:textId="77777777" w:rsidR="00D521CC" w:rsidRDefault="00000000">
            <w:r>
              <w:rPr>
                <w:b/>
                <w:color w:val="0B3768"/>
              </w:rPr>
              <w:t>Impact Award category selected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AACBCC" w14:textId="77777777" w:rsidR="00D521CC" w:rsidRDefault="00000000">
            <w:r>
              <w:t>I1 / I2 / I3 / I4 / I5 / I6</w:t>
            </w:r>
          </w:p>
        </w:tc>
      </w:tr>
      <w:tr w:rsidR="00D521CC" w14:paraId="354544BF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B69A0D" w14:textId="77777777" w:rsidR="00D521CC" w:rsidRDefault="00000000">
            <w:r>
              <w:rPr>
                <w:b/>
                <w:color w:val="0B3768"/>
              </w:rPr>
              <w:t>Project start date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40D557" w14:textId="77777777" w:rsidR="00D521CC" w:rsidRDefault="00D521CC"/>
        </w:tc>
      </w:tr>
      <w:tr w:rsidR="00D521CC" w14:paraId="4D27E2A3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6B1A92" w14:textId="77777777" w:rsidR="00D521CC" w:rsidRDefault="00000000">
            <w:r>
              <w:rPr>
                <w:b/>
                <w:color w:val="0B3768"/>
              </w:rPr>
              <w:t>Project end date / ongoing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E71BF2" w14:textId="77777777" w:rsidR="00D521CC" w:rsidRDefault="00D521CC"/>
        </w:tc>
      </w:tr>
      <w:tr w:rsidR="00D521CC" w14:paraId="7AC057FE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2E6B3F" w14:textId="77777777" w:rsidR="00D521CC" w:rsidRDefault="00000000">
            <w:r>
              <w:rPr>
                <w:b/>
                <w:color w:val="0B3768"/>
              </w:rPr>
              <w:t>Assessment period covered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D5162C" w14:textId="77777777" w:rsidR="00D521CC" w:rsidRDefault="00D521CC"/>
        </w:tc>
      </w:tr>
      <w:tr w:rsidR="00D521CC" w14:paraId="0969A23F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FCAC73" w14:textId="77777777" w:rsidR="00D521CC" w:rsidRDefault="00000000">
            <w:r>
              <w:rPr>
                <w:b/>
                <w:color w:val="0B3768"/>
              </w:rPr>
              <w:t>Project geography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70974F" w14:textId="77777777" w:rsidR="00D521CC" w:rsidRDefault="00000000">
            <w:r>
              <w:t>State / district / block / village</w:t>
            </w:r>
          </w:p>
        </w:tc>
      </w:tr>
      <w:tr w:rsidR="00D521CC" w14:paraId="5C51B2BB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81F79F" w14:textId="77777777" w:rsidR="00D521CC" w:rsidRDefault="00000000">
            <w:r>
              <w:rPr>
                <w:b/>
                <w:color w:val="0B3768"/>
              </w:rPr>
              <w:t>Lead applicant / CSR funder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055318" w14:textId="77777777" w:rsidR="00D521CC" w:rsidRDefault="00D521CC"/>
        </w:tc>
      </w:tr>
      <w:tr w:rsidR="00D521CC" w14:paraId="6B09A169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42A93E" w14:textId="77777777" w:rsidR="00D521CC" w:rsidRDefault="00000000">
            <w:r>
              <w:rPr>
                <w:b/>
                <w:color w:val="0B3768"/>
              </w:rPr>
              <w:t>Implementation partner(s)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638C49" w14:textId="77777777" w:rsidR="00D521CC" w:rsidRDefault="00D521CC"/>
        </w:tc>
      </w:tr>
      <w:tr w:rsidR="00D521CC" w14:paraId="0B7CAE18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8231A0" w14:textId="77777777" w:rsidR="00D521CC" w:rsidRDefault="00000000">
            <w:r>
              <w:rPr>
                <w:b/>
                <w:color w:val="0B3768"/>
              </w:rPr>
              <w:t>Government partner(s), if any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B6CA52" w14:textId="77777777" w:rsidR="00D521CC" w:rsidRDefault="00D521CC"/>
        </w:tc>
      </w:tr>
      <w:tr w:rsidR="00D521CC" w14:paraId="6AF43720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2F7D66" w14:textId="77777777" w:rsidR="00D521CC" w:rsidRDefault="00000000">
            <w:r>
              <w:rPr>
                <w:b/>
                <w:color w:val="0B3768"/>
              </w:rPr>
              <w:t>Total project budget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EA921D" w14:textId="77777777" w:rsidR="00D521CC" w:rsidRDefault="00000000">
            <w:r>
              <w:t>INR __________________</w:t>
            </w:r>
          </w:p>
        </w:tc>
      </w:tr>
      <w:tr w:rsidR="00D521CC" w14:paraId="185F7B49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F3C99A" w14:textId="77777777" w:rsidR="00D521CC" w:rsidRDefault="00000000">
            <w:r>
              <w:rPr>
                <w:b/>
                <w:color w:val="0B3768"/>
              </w:rPr>
              <w:t>Expenditure during assessment period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89DFE7" w14:textId="77777777" w:rsidR="00D521CC" w:rsidRDefault="00000000">
            <w:r>
              <w:t>INR __________________</w:t>
            </w:r>
          </w:p>
        </w:tc>
      </w:tr>
      <w:tr w:rsidR="00D521CC" w14:paraId="44EE62CF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09553F" w14:textId="77777777" w:rsidR="00D521CC" w:rsidRDefault="00000000">
            <w:r>
              <w:rPr>
                <w:b/>
                <w:color w:val="0B3768"/>
              </w:rPr>
              <w:t>Direct beneficiaries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180E6D" w14:textId="77777777" w:rsidR="00D521CC" w:rsidRDefault="00D521CC"/>
        </w:tc>
      </w:tr>
      <w:tr w:rsidR="00D521CC" w14:paraId="5D3EE645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5178AB" w14:textId="77777777" w:rsidR="00D521CC" w:rsidRDefault="00000000">
            <w:r>
              <w:rPr>
                <w:b/>
                <w:color w:val="0B3768"/>
              </w:rPr>
              <w:t>Indirect beneficiaries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8EE6F4" w14:textId="77777777" w:rsidR="00D521CC" w:rsidRDefault="00D521CC"/>
        </w:tc>
      </w:tr>
      <w:tr w:rsidR="00D521CC" w14:paraId="4A790CBB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14D7C8" w14:textId="77777777" w:rsidR="00D521CC" w:rsidRDefault="00000000">
            <w:r>
              <w:rPr>
                <w:b/>
                <w:color w:val="0B3768"/>
              </w:rPr>
              <w:t>Relevant SDGs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A6F105" w14:textId="77777777" w:rsidR="00D521CC" w:rsidRDefault="00D521CC"/>
        </w:tc>
      </w:tr>
      <w:tr w:rsidR="00D521CC" w14:paraId="3811D6BA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EA3974" w14:textId="77777777" w:rsidR="00D521CC" w:rsidRDefault="00000000">
            <w:r>
              <w:rPr>
                <w:b/>
                <w:color w:val="0B3768"/>
              </w:rPr>
              <w:t>Independent impact assessment available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AAD09C" w14:textId="77777777" w:rsidR="00D521CC" w:rsidRDefault="00000000">
            <w:r>
              <w:t>Yes / No</w:t>
            </w:r>
          </w:p>
        </w:tc>
      </w:tr>
    </w:tbl>
    <w:p w14:paraId="1F67602F" w14:textId="77777777" w:rsidR="00D521CC" w:rsidRDefault="00000000">
      <w:pPr>
        <w:spacing w:after="80"/>
      </w:pPr>
      <w:r>
        <w:rPr>
          <w:b/>
        </w:rPr>
        <w:t>10.1 Executive summary of the project, including the need, objectives, target group, intervention model and headline results. (300-500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7C4C9935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1B0E8" w14:textId="77777777" w:rsidR="00D521CC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219E79CC" w14:textId="77777777" w:rsidR="00D521CC" w:rsidRDefault="00000000">
      <w:pPr>
        <w:pStyle w:val="Heading2"/>
      </w:pPr>
      <w:r>
        <w:t>11. Need, Relevance and Inclusion</w:t>
      </w:r>
    </w:p>
    <w:p w14:paraId="57B33E2E" w14:textId="77777777" w:rsidR="00D521CC" w:rsidRDefault="00000000">
      <w:pPr>
        <w:spacing w:after="80"/>
      </w:pPr>
      <w:r>
        <w:rPr>
          <w:b/>
        </w:rPr>
        <w:t>11.1 How was the development need identified? Summarise the baseline, needs assessment, community consultation or other evidence. (Maximum 250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54EC2566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557F6" w14:textId="77777777" w:rsidR="00D521CC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02639A44" w14:textId="77777777" w:rsidR="00D521CC" w:rsidRDefault="00000000">
      <w:pPr>
        <w:spacing w:after="80"/>
      </w:pPr>
      <w:r>
        <w:rPr>
          <w:b/>
        </w:rPr>
        <w:t>11.2 How does the project align with national, state or local priorities and relevant SDGs? (Maximum 250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286FE563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1DEDF" w14:textId="77777777" w:rsidR="00D521CC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67BFBF4F" w14:textId="77777777" w:rsidR="00D521CC" w:rsidRDefault="00000000">
      <w:pPr>
        <w:spacing w:after="80"/>
      </w:pPr>
      <w:r>
        <w:rPr>
          <w:b/>
        </w:rPr>
        <w:lastRenderedPageBreak/>
        <w:t>11.3 How does the project address gender, disability, vulnerability, accessibility and cultural sensitivity? (Maximum 250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27333F7E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B2A51" w14:textId="77777777" w:rsidR="00D521CC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741784FC" w14:textId="77777777" w:rsidR="00D521CC" w:rsidRDefault="00000000">
      <w:pPr>
        <w:pStyle w:val="Heading2"/>
      </w:pPr>
      <w:r>
        <w:t>12. Project Design, Innovation and Theory of Change</w:t>
      </w:r>
    </w:p>
    <w:p w14:paraId="4555AAF0" w14:textId="77777777" w:rsidR="00D521CC" w:rsidRDefault="00000000">
      <w:pPr>
        <w:spacing w:after="80"/>
      </w:pPr>
      <w:r>
        <w:rPr>
          <w:b/>
        </w:rPr>
        <w:t>12.1 Describe the Theory of Change from inputs and activities to outputs, outcomes and long-term impact. (Maximum 350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3E01D752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B888A" w14:textId="77777777" w:rsidR="00D521CC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D521CC" w14:paraId="14D29C05" w14:textId="77777777">
        <w:trPr>
          <w:jc w:val="center"/>
        </w:trPr>
        <w:tc>
          <w:tcPr>
            <w:tcW w:w="3456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AE3FAD" w14:textId="77777777" w:rsidR="00D521CC" w:rsidRDefault="00000000">
            <w:r>
              <w:rPr>
                <w:b/>
                <w:color w:val="0B3768"/>
              </w:rPr>
              <w:t>Level</w:t>
            </w:r>
          </w:p>
        </w:tc>
        <w:tc>
          <w:tcPr>
            <w:tcW w:w="3456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CDCD5B" w14:textId="77777777" w:rsidR="00D521CC" w:rsidRDefault="00000000">
            <w:r>
              <w:rPr>
                <w:b/>
                <w:color w:val="0B3768"/>
              </w:rPr>
              <w:t>Key indicators</w:t>
            </w:r>
          </w:p>
        </w:tc>
        <w:tc>
          <w:tcPr>
            <w:tcW w:w="3456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4BD90D" w14:textId="77777777" w:rsidR="00D521CC" w:rsidRDefault="00000000">
            <w:r>
              <w:rPr>
                <w:b/>
                <w:color w:val="0B3768"/>
              </w:rPr>
              <w:t>Evidence / data source</w:t>
            </w:r>
          </w:p>
        </w:tc>
      </w:tr>
      <w:tr w:rsidR="00D521CC" w14:paraId="6ECFC3D3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B82C8D" w14:textId="77777777" w:rsidR="00D521CC" w:rsidRDefault="00000000">
            <w:r>
              <w:rPr>
                <w:b/>
              </w:rPr>
              <w:t>Inputs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921B07" w14:textId="77777777" w:rsidR="00D521CC" w:rsidRDefault="00000000">
            <w:r>
              <w:br/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23B47C" w14:textId="77777777" w:rsidR="00D521CC" w:rsidRDefault="00000000">
            <w:r>
              <w:br/>
            </w:r>
          </w:p>
        </w:tc>
      </w:tr>
      <w:tr w:rsidR="00D521CC" w14:paraId="05B61FC0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985A22" w14:textId="77777777" w:rsidR="00D521CC" w:rsidRDefault="00000000">
            <w:r>
              <w:rPr>
                <w:b/>
              </w:rPr>
              <w:t>Activities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C69427" w14:textId="77777777" w:rsidR="00D521CC" w:rsidRDefault="00000000">
            <w:r>
              <w:br/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2E9926" w14:textId="77777777" w:rsidR="00D521CC" w:rsidRDefault="00000000">
            <w:r>
              <w:br/>
            </w:r>
          </w:p>
        </w:tc>
      </w:tr>
      <w:tr w:rsidR="00D521CC" w14:paraId="20BD3FFB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ECAD2B" w14:textId="77777777" w:rsidR="00D521CC" w:rsidRDefault="00000000">
            <w:r>
              <w:rPr>
                <w:b/>
              </w:rPr>
              <w:t>Outputs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BC08BD" w14:textId="77777777" w:rsidR="00D521CC" w:rsidRDefault="00000000">
            <w:r>
              <w:br/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A80464" w14:textId="77777777" w:rsidR="00D521CC" w:rsidRDefault="00000000">
            <w:r>
              <w:br/>
            </w:r>
          </w:p>
        </w:tc>
      </w:tr>
      <w:tr w:rsidR="00D521CC" w14:paraId="6122BE9E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4C36E2" w14:textId="77777777" w:rsidR="00D521CC" w:rsidRDefault="00000000">
            <w:r>
              <w:rPr>
                <w:b/>
              </w:rPr>
              <w:t>Outcomes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E24681" w14:textId="77777777" w:rsidR="00D521CC" w:rsidRDefault="00000000">
            <w:r>
              <w:br/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B7AADD" w14:textId="77777777" w:rsidR="00D521CC" w:rsidRDefault="00000000">
            <w:r>
              <w:br/>
            </w:r>
          </w:p>
        </w:tc>
      </w:tr>
      <w:tr w:rsidR="00D521CC" w14:paraId="48439CF6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F7A78A" w14:textId="77777777" w:rsidR="00D521CC" w:rsidRDefault="00000000">
            <w:r>
              <w:rPr>
                <w:b/>
              </w:rPr>
              <w:t>Impact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E32171" w14:textId="77777777" w:rsidR="00D521CC" w:rsidRDefault="00000000">
            <w:r>
              <w:br/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86AA65" w14:textId="77777777" w:rsidR="00D521CC" w:rsidRDefault="00000000">
            <w:r>
              <w:br/>
            </w:r>
          </w:p>
        </w:tc>
      </w:tr>
    </w:tbl>
    <w:p w14:paraId="64E97304" w14:textId="77777777" w:rsidR="00D521CC" w:rsidRDefault="00000000">
      <w:pPr>
        <w:spacing w:after="80"/>
      </w:pPr>
      <w:r>
        <w:rPr>
          <w:b/>
        </w:rPr>
        <w:t>12.2 What is innovative or distinctive about the intervention model? (Maximum 250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50E5D96B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E3EA3" w14:textId="77777777" w:rsidR="00D521CC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1CD2AE6C" w14:textId="77777777" w:rsidR="00D521CC" w:rsidRDefault="00000000">
      <w:pPr>
        <w:spacing w:after="80"/>
      </w:pPr>
      <w:r>
        <w:rPr>
          <w:b/>
        </w:rPr>
        <w:t>12.3 Describe the use of technology, digital platforms, data analytics or Artificial Intelligence, where applicable. (Maximum 250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3D96DE55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A22D3" w14:textId="77777777" w:rsidR="00D521CC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5FDC2903" w14:textId="77777777" w:rsidR="00D521CC" w:rsidRDefault="00000000">
      <w:pPr>
        <w:spacing w:after="80"/>
      </w:pPr>
      <w:r>
        <w:rPr>
          <w:b/>
        </w:rPr>
        <w:t>12.4 How were communities and local stakeholders involved in design and implementation? (Maximum 250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4D854819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E3288" w14:textId="77777777" w:rsidR="00D521CC" w:rsidRDefault="00000000">
            <w:r>
              <w:br/>
            </w:r>
            <w:r>
              <w:lastRenderedPageBreak/>
              <w:br/>
            </w:r>
            <w:r>
              <w:br/>
            </w:r>
          </w:p>
        </w:tc>
      </w:tr>
    </w:tbl>
    <w:p w14:paraId="0D2BC5DF" w14:textId="77777777" w:rsidR="00D521CC" w:rsidRDefault="00000000">
      <w:pPr>
        <w:pStyle w:val="Heading2"/>
      </w:pPr>
      <w:r>
        <w:lastRenderedPageBreak/>
        <w:t>13. Implementation Excellence</w:t>
      </w:r>
    </w:p>
    <w:p w14:paraId="6352A6DE" w14:textId="77777777" w:rsidR="00D521CC" w:rsidRDefault="00000000">
      <w:pPr>
        <w:spacing w:after="80"/>
      </w:pPr>
      <w:r>
        <w:rPr>
          <w:b/>
        </w:rPr>
        <w:t>13.1 Describe the implementation structure, governance mechanism and role of each partner. (Maximum 250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32F10D98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88EF4" w14:textId="77777777" w:rsidR="00D521CC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64A349DF" w14:textId="77777777" w:rsidR="00D521CC" w:rsidRDefault="00000000">
      <w:pPr>
        <w:spacing w:after="80"/>
      </w:pPr>
      <w:r>
        <w:rPr>
          <w:b/>
        </w:rPr>
        <w:t>13.2 What major implementation challenges arose, and how were they addressed? (Maximum 250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645AFD44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5DF0E" w14:textId="77777777" w:rsidR="00D521CC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11B30A19" w14:textId="77777777" w:rsidR="00D521CC" w:rsidRDefault="00000000">
      <w:pPr>
        <w:spacing w:after="80"/>
      </w:pPr>
      <w:r>
        <w:rPr>
          <w:b/>
        </w:rPr>
        <w:t>13.3 Explain monitoring, safeguarding, grievance redressal, data quality and risk-management mechanisms. (Maximum 250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6DA2E519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7263E" w14:textId="77777777" w:rsidR="00D521CC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1D3BE25A" w14:textId="77777777" w:rsidR="00D521CC" w:rsidRDefault="00000000">
      <w:pPr>
        <w:pStyle w:val="Heading2"/>
      </w:pPr>
      <w:r>
        <w:t>14. Impact and Evidence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  <w:gridCol w:w="2074"/>
      </w:tblGrid>
      <w:tr w:rsidR="00D521CC" w14:paraId="1728758E" w14:textId="77777777">
        <w:trPr>
          <w:jc w:val="center"/>
        </w:trPr>
        <w:tc>
          <w:tcPr>
            <w:tcW w:w="2074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674A53" w14:textId="77777777" w:rsidR="00D521CC" w:rsidRDefault="00000000">
            <w:r>
              <w:rPr>
                <w:b/>
                <w:color w:val="0B3768"/>
                <w:sz w:val="17"/>
              </w:rPr>
              <w:t>Indicator</w:t>
            </w:r>
          </w:p>
        </w:tc>
        <w:tc>
          <w:tcPr>
            <w:tcW w:w="2074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9B0B66" w14:textId="77777777" w:rsidR="00D521CC" w:rsidRDefault="00000000">
            <w:r>
              <w:rPr>
                <w:b/>
                <w:color w:val="0B3768"/>
                <w:sz w:val="17"/>
              </w:rPr>
              <w:t>Baseline</w:t>
            </w:r>
          </w:p>
        </w:tc>
        <w:tc>
          <w:tcPr>
            <w:tcW w:w="2074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111934" w14:textId="77777777" w:rsidR="00D521CC" w:rsidRDefault="00000000">
            <w:r>
              <w:rPr>
                <w:b/>
                <w:color w:val="0B3768"/>
                <w:sz w:val="17"/>
              </w:rPr>
              <w:t>Target</w:t>
            </w:r>
          </w:p>
        </w:tc>
        <w:tc>
          <w:tcPr>
            <w:tcW w:w="2074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00AEDD" w14:textId="77777777" w:rsidR="00D521CC" w:rsidRDefault="00000000">
            <w:r>
              <w:rPr>
                <w:b/>
                <w:color w:val="0B3768"/>
                <w:sz w:val="17"/>
              </w:rPr>
              <w:t>Achievement</w:t>
            </w:r>
          </w:p>
        </w:tc>
        <w:tc>
          <w:tcPr>
            <w:tcW w:w="2074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413F5C" w14:textId="77777777" w:rsidR="00D521CC" w:rsidRDefault="00000000">
            <w:r>
              <w:rPr>
                <w:b/>
                <w:color w:val="0B3768"/>
                <w:sz w:val="17"/>
              </w:rPr>
              <w:t>Evidence</w:t>
            </w:r>
          </w:p>
        </w:tc>
      </w:tr>
      <w:tr w:rsidR="00D521CC" w14:paraId="499A3258" w14:textId="77777777">
        <w:trPr>
          <w:jc w:val="center"/>
        </w:trPr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3286DB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6C30DC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9B55B1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33451C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EF2CE5" w14:textId="77777777" w:rsidR="00D521CC" w:rsidRDefault="00000000">
            <w:r>
              <w:rPr>
                <w:sz w:val="17"/>
              </w:rPr>
              <w:br/>
            </w:r>
          </w:p>
        </w:tc>
      </w:tr>
      <w:tr w:rsidR="00D521CC" w14:paraId="5BFCAF59" w14:textId="77777777">
        <w:trPr>
          <w:jc w:val="center"/>
        </w:trPr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8A3C0D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2E8FA5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498D60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C16CF2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7D6E48" w14:textId="77777777" w:rsidR="00D521CC" w:rsidRDefault="00000000">
            <w:r>
              <w:rPr>
                <w:sz w:val="17"/>
              </w:rPr>
              <w:br/>
            </w:r>
          </w:p>
        </w:tc>
      </w:tr>
      <w:tr w:rsidR="00D521CC" w14:paraId="20322E2C" w14:textId="77777777">
        <w:trPr>
          <w:jc w:val="center"/>
        </w:trPr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DFD874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7F9BEE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8DBF5F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F3650B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78466B" w14:textId="77777777" w:rsidR="00D521CC" w:rsidRDefault="00000000">
            <w:r>
              <w:rPr>
                <w:sz w:val="17"/>
              </w:rPr>
              <w:br/>
            </w:r>
          </w:p>
        </w:tc>
      </w:tr>
      <w:tr w:rsidR="00D521CC" w14:paraId="72C72CB4" w14:textId="77777777">
        <w:trPr>
          <w:jc w:val="center"/>
        </w:trPr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220369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E99A2C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C91AD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FD9841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C6B97F" w14:textId="77777777" w:rsidR="00D521CC" w:rsidRDefault="00000000">
            <w:r>
              <w:rPr>
                <w:sz w:val="17"/>
              </w:rPr>
              <w:br/>
            </w:r>
          </w:p>
        </w:tc>
      </w:tr>
      <w:tr w:rsidR="00D521CC" w14:paraId="39532A75" w14:textId="77777777">
        <w:trPr>
          <w:jc w:val="center"/>
        </w:trPr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0AE0FC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661D74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84D94A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909FCF" w14:textId="77777777" w:rsidR="00D521CC" w:rsidRDefault="00000000">
            <w:r>
              <w:rPr>
                <w:sz w:val="17"/>
              </w:rPr>
              <w:br/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4F9D51" w14:textId="77777777" w:rsidR="00D521CC" w:rsidRDefault="00000000">
            <w:r>
              <w:rPr>
                <w:sz w:val="17"/>
              </w:rPr>
              <w:br/>
            </w:r>
          </w:p>
        </w:tc>
      </w:tr>
    </w:tbl>
    <w:p w14:paraId="4690920F" w14:textId="77777777" w:rsidR="00D521CC" w:rsidRDefault="00000000">
      <w:pPr>
        <w:spacing w:after="80"/>
      </w:pPr>
      <w:r>
        <w:rPr>
          <w:b/>
        </w:rPr>
        <w:t>14.1 Describe the most significant qualitative changes, including beneficiary experience, behaviour or institutional change. (Maximum 300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4145A0A5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03532" w14:textId="77777777" w:rsidR="00D521CC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2730BFD9" w14:textId="77777777" w:rsidR="00D521CC" w:rsidRDefault="00000000">
      <w:pPr>
        <w:spacing w:after="80"/>
      </w:pPr>
      <w:r>
        <w:rPr>
          <w:b/>
        </w:rPr>
        <w:t>14.2 Summarise any independent assessment, methodology and key findings. (Maximum 250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744CF54D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C9C82" w14:textId="77777777" w:rsidR="00D521CC" w:rsidRDefault="00000000">
            <w:r>
              <w:lastRenderedPageBreak/>
              <w:br/>
            </w:r>
            <w:r>
              <w:br/>
            </w:r>
            <w:r>
              <w:br/>
            </w:r>
          </w:p>
        </w:tc>
      </w:tr>
    </w:tbl>
    <w:p w14:paraId="476B6F27" w14:textId="77777777" w:rsidR="00D521CC" w:rsidRDefault="00000000">
      <w:pPr>
        <w:spacing w:after="80"/>
      </w:pPr>
      <w:r>
        <w:rPr>
          <w:b/>
        </w:rPr>
        <w:t>14.3 Provide one short beneficiary or stakeholder case study demonstrating change. (Maximum 300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6BBC38F7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3FF75" w14:textId="77777777" w:rsidR="00D521CC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2EE25989" w14:textId="77777777" w:rsidR="00D521CC" w:rsidRDefault="00000000">
      <w:pPr>
        <w:pStyle w:val="Heading2"/>
      </w:pPr>
      <w:r>
        <w:t>15. Sustainability, Scale and Partnerships</w:t>
      </w:r>
    </w:p>
    <w:p w14:paraId="3C91B5B6" w14:textId="77777777" w:rsidR="00D521CC" w:rsidRDefault="00000000">
      <w:pPr>
        <w:spacing w:after="80"/>
      </w:pPr>
      <w:r>
        <w:rPr>
          <w:b/>
        </w:rPr>
        <w:t>15.1 How will outcomes be sustained beyond the current funding or implementation period? (Maximum 250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172522AC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D1E5" w14:textId="77777777" w:rsidR="00D521CC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06AFEA38" w14:textId="77777777" w:rsidR="00D521CC" w:rsidRDefault="00000000">
      <w:pPr>
        <w:spacing w:after="80"/>
      </w:pPr>
      <w:r>
        <w:rPr>
          <w:b/>
        </w:rPr>
        <w:t>15.2 What elements are replicable or scalable, and what evidence supports this potential? (Maximum 250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4799708D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90FA2" w14:textId="77777777" w:rsidR="00D521CC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647F9BA0" w14:textId="77777777" w:rsidR="00D521CC" w:rsidRDefault="00000000">
      <w:pPr>
        <w:spacing w:after="80"/>
      </w:pPr>
      <w:r>
        <w:rPr>
          <w:b/>
        </w:rPr>
        <w:t>15.3 Describe partnerships with Government, CSR funders, civil society, academia, communities or technology partners and the value created. (Maximum 300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33A376F6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23121" w14:textId="77777777" w:rsidR="00D521CC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21178925" w14:textId="77777777" w:rsidR="00D521CC" w:rsidRDefault="00000000">
      <w:pPr>
        <w:spacing w:after="80"/>
      </w:pPr>
      <w:r>
        <w:rPr>
          <w:b/>
        </w:rPr>
        <w:t>15.4 Outline the next phase and future scale of ambition. (Maximum 200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3BC33C17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518C0" w14:textId="77777777" w:rsidR="00D521CC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4BE51CFD" w14:textId="77777777" w:rsidR="00D521CC" w:rsidRDefault="00000000">
      <w:pPr>
        <w:pStyle w:val="Heading2"/>
      </w:pPr>
      <w:r>
        <w:t>16. Category-Specific Outcome Indicators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D521CC" w14:paraId="3A8F0522" w14:textId="77777777">
        <w:trPr>
          <w:jc w:val="center"/>
        </w:trPr>
        <w:tc>
          <w:tcPr>
            <w:tcW w:w="3456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95FF8F" w14:textId="77777777" w:rsidR="00D521CC" w:rsidRDefault="00000000">
            <w:r>
              <w:rPr>
                <w:b/>
                <w:color w:val="0B3768"/>
                <w:sz w:val="17"/>
              </w:rPr>
              <w:t>Category</w:t>
            </w:r>
          </w:p>
        </w:tc>
        <w:tc>
          <w:tcPr>
            <w:tcW w:w="3456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79EF23" w14:textId="77777777" w:rsidR="00D521CC" w:rsidRDefault="00000000">
            <w:r>
              <w:rPr>
                <w:b/>
                <w:color w:val="0B3768"/>
                <w:sz w:val="17"/>
              </w:rPr>
              <w:t>Suggested outcome areas</w:t>
            </w:r>
          </w:p>
        </w:tc>
        <w:tc>
          <w:tcPr>
            <w:tcW w:w="3456" w:type="dxa"/>
            <w:shd w:val="clear" w:color="auto" w:fill="D9E5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D7D18D" w14:textId="77777777" w:rsidR="00D521CC" w:rsidRDefault="00000000">
            <w:r>
              <w:rPr>
                <w:b/>
                <w:color w:val="0B3768"/>
                <w:sz w:val="17"/>
              </w:rPr>
              <w:t>Applicant’s top indicators</w:t>
            </w:r>
          </w:p>
        </w:tc>
      </w:tr>
      <w:tr w:rsidR="00D521CC" w14:paraId="04249EEF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C4CD4F" w14:textId="77777777" w:rsidR="00D521CC" w:rsidRDefault="00000000">
            <w:r>
              <w:rPr>
                <w:b/>
              </w:rPr>
              <w:t>Education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050F03" w14:textId="77777777" w:rsidR="00D521CC" w:rsidRDefault="00000000">
            <w:r>
              <w:rPr>
                <w:sz w:val="17"/>
              </w:rPr>
              <w:t>Learning outcomes, attendance, retention, transition, teacher capacity, digital access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1DD297" w14:textId="77777777" w:rsidR="00D521CC" w:rsidRDefault="0000000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D521CC" w14:paraId="6014800B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F1F385" w14:textId="77777777" w:rsidR="00D521CC" w:rsidRDefault="00000000">
            <w:r>
              <w:rPr>
                <w:b/>
              </w:rPr>
              <w:t>Livelihoods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17EDBC" w14:textId="77777777" w:rsidR="00D521CC" w:rsidRDefault="00000000">
            <w:r>
              <w:rPr>
                <w:sz w:val="17"/>
              </w:rPr>
              <w:t>Income enhancement, enterprises sustained, productivity, market linkage, financial inclusion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083CE3" w14:textId="77777777" w:rsidR="00D521CC" w:rsidRDefault="0000000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D521CC" w14:paraId="081E3E45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810CF3" w14:textId="77777777" w:rsidR="00D521CC" w:rsidRDefault="00000000">
            <w:r>
              <w:rPr>
                <w:b/>
              </w:rPr>
              <w:lastRenderedPageBreak/>
              <w:t>Healthcare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DA8FC9" w14:textId="77777777" w:rsidR="00D521CC" w:rsidRDefault="00000000">
            <w:r>
              <w:rPr>
                <w:sz w:val="17"/>
              </w:rPr>
              <w:t>Coverage, screening/treatment, health outcomes, referrals, access, affordability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CACCC4" w14:textId="77777777" w:rsidR="00D521CC" w:rsidRDefault="0000000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D521CC" w14:paraId="452F6981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477FFD" w14:textId="77777777" w:rsidR="00D521CC" w:rsidRDefault="00000000">
            <w:r>
              <w:rPr>
                <w:b/>
              </w:rPr>
              <w:t>Skills Development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05B2C0" w14:textId="77777777" w:rsidR="00D521CC" w:rsidRDefault="00000000">
            <w:r>
              <w:rPr>
                <w:sz w:val="17"/>
              </w:rPr>
              <w:t>Completion, certification, placement, retention, wage improvement, entrepreneurship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A73F2C" w14:textId="77777777" w:rsidR="00D521CC" w:rsidRDefault="0000000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D521CC" w14:paraId="1861A5CE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EF50A1" w14:textId="77777777" w:rsidR="00D521CC" w:rsidRDefault="00000000">
            <w:r>
              <w:rPr>
                <w:b/>
              </w:rPr>
              <w:t>Climate Action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F5175D" w14:textId="77777777" w:rsidR="00D521CC" w:rsidRDefault="00000000">
            <w:r>
              <w:rPr>
                <w:sz w:val="17"/>
              </w:rPr>
              <w:t>Emissions avoided, water saved, waste diverted, biodiversity, resilience, community adoption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E33B0" w14:textId="77777777" w:rsidR="00D521CC" w:rsidRDefault="0000000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D521CC" w14:paraId="2EE6C532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229285" w14:textId="77777777" w:rsidR="00D521CC" w:rsidRDefault="00000000">
            <w:r>
              <w:rPr>
                <w:b/>
              </w:rPr>
              <w:t>Women Empowerment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5BEB7B" w14:textId="77777777" w:rsidR="00D521CC" w:rsidRDefault="00000000">
            <w:r>
              <w:rPr>
                <w:sz w:val="17"/>
              </w:rPr>
              <w:t>Income, agency, ownership, leadership, safety, health, education, participation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65AE91" w14:textId="77777777" w:rsidR="00D521CC" w:rsidRDefault="0000000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</w:tbl>
    <w:p w14:paraId="6627E4CE" w14:textId="77777777" w:rsidR="00D521CC" w:rsidRDefault="00000000">
      <w:pPr>
        <w:pStyle w:val="Heading2"/>
      </w:pPr>
      <w:r>
        <w:t>17. Impact Awards Supporting Documents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D521CC" w14:paraId="5B19D2D9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81A448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8811C8" w14:textId="77777777" w:rsidR="00D521CC" w:rsidRDefault="00000000">
            <w:r>
              <w:t>Covering letter signed by authorised signatory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1F0543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25C3E161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BAC42C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0490B3" w14:textId="77777777" w:rsidR="00D521CC" w:rsidRDefault="00000000">
            <w:r>
              <w:t>Registration / incorporation certificate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2FC5CB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0AEBF3CF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AA0567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9E1EFB" w14:textId="77777777" w:rsidR="00D521CC" w:rsidRDefault="00000000">
            <w:r>
              <w:t>CSR policy, where applicable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173F81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21FE826D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F50BAB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CD4CD5" w14:textId="77777777" w:rsidR="00D521CC" w:rsidRDefault="00000000">
            <w:r>
              <w:t>Latest annual report / BRSR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093336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763B9D4A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DE40FA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6F8532" w14:textId="77777777" w:rsidR="00D521CC" w:rsidRDefault="00000000">
            <w:r>
              <w:t>Audited financial statement or certified project budget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55A8DA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26EE0B03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0E27E0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1CB04B" w14:textId="77777777" w:rsidR="00D521CC" w:rsidRDefault="00000000">
            <w:r>
              <w:t>Project proposal / implementation plan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A3E0A6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3DF6C79E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29403E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924F4E" w14:textId="77777777" w:rsidR="00D521CC" w:rsidRDefault="00000000">
            <w:r>
              <w:t>Baseline / needs assessment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F959CD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2C3479ED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54D071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CD42F0" w14:textId="77777777" w:rsidR="00D521CC" w:rsidRDefault="00000000">
            <w:r>
              <w:t>Monitoring dashboard / MIS extract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8DBA64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12D3C900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364CA4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271DB9" w14:textId="77777777" w:rsidR="00D521CC" w:rsidRDefault="00000000">
            <w:r>
              <w:t>Impact assessment / endline report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AC1CA6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7DA4D370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D2BD6B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B9A974" w14:textId="77777777" w:rsidR="00D521CC" w:rsidRDefault="00000000">
            <w:r>
              <w:t>Beneficiary case studies and testimonials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A6C373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6B5F357D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506686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79FFD1" w14:textId="77777777" w:rsidR="00D521CC" w:rsidRDefault="00000000">
            <w:r>
              <w:t>Photographs / videos with consent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57C64C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7B92C807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93DB1F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9FE84" w14:textId="77777777" w:rsidR="00D521CC" w:rsidRDefault="00000000">
            <w:r>
              <w:t>Government / partner letters, if applicable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B5E805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0A2968A9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10A7EF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074B2D" w14:textId="77777777" w:rsidR="00D521CC" w:rsidRDefault="00000000">
            <w:r>
              <w:t>Media coverage or awards, if any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DBBE88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  <w:tr w:rsidR="00D521CC" w14:paraId="5669C06D" w14:textId="77777777">
        <w:trPr>
          <w:jc w:val="center"/>
        </w:trPr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A0DB9B" w14:textId="77777777" w:rsidR="00D521CC" w:rsidRDefault="00000000">
            <w:r>
              <w:rPr>
                <w:sz w:val="24"/>
              </w:rPr>
              <w:t>☐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15BCB3" w14:textId="77777777" w:rsidR="00D521CC" w:rsidRDefault="00000000">
            <w:r>
              <w:t>Signed declaration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F4EE61" w14:textId="77777777" w:rsidR="00D521CC" w:rsidRDefault="00000000">
            <w:r>
              <w:rPr>
                <w:sz w:val="17"/>
              </w:rPr>
              <w:t>File name / link: __________________</w:t>
            </w:r>
          </w:p>
        </w:tc>
      </w:tr>
    </w:tbl>
    <w:p w14:paraId="3207F07D" w14:textId="77777777" w:rsidR="00D521CC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563F0648" w14:textId="77777777">
        <w:trPr>
          <w:jc w:val="center"/>
        </w:trPr>
        <w:tc>
          <w:tcPr>
            <w:tcW w:w="10368" w:type="dxa"/>
            <w:shd w:val="clear" w:color="auto" w:fill="0B376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A1AB8C" w14:textId="77777777" w:rsidR="00D521CC" w:rsidRDefault="00000000">
            <w:r>
              <w:rPr>
                <w:b/>
                <w:color w:val="FFFFFF"/>
                <w:sz w:val="22"/>
              </w:rPr>
              <w:lastRenderedPageBreak/>
              <w:t>PART IV - COMMON DISCLOSURES, AUTHORISATION AND DECLARATION</w:t>
            </w:r>
          </w:p>
        </w:tc>
      </w:tr>
    </w:tbl>
    <w:p w14:paraId="4AE0CBB3" w14:textId="77777777" w:rsidR="00D521CC" w:rsidRDefault="00000000">
      <w:pPr>
        <w:pStyle w:val="Heading2"/>
      </w:pPr>
      <w:r>
        <w:t>18. Recognitions and Disclosures</w:t>
      </w:r>
    </w:p>
    <w:p w14:paraId="2CF3802C" w14:textId="77777777" w:rsidR="00D521CC" w:rsidRDefault="00000000">
      <w:pPr>
        <w:spacing w:after="80"/>
      </w:pPr>
      <w:r>
        <w:rPr>
          <w:b/>
        </w:rPr>
        <w:t>18.1 List previous awards or recognitions received by the nominated leader or project. (Maximum 200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64C33C8C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8F247" w14:textId="77777777" w:rsidR="00D521CC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30F6ADE3" w14:textId="77777777" w:rsidR="00D521CC" w:rsidRDefault="00000000">
      <w:pPr>
        <w:spacing w:after="80"/>
      </w:pPr>
      <w:r>
        <w:rPr>
          <w:b/>
        </w:rPr>
        <w:t>18.2 Disclose any material controversy, litigation, regulatory action, audit qualification or adverse finding related to the nominee, project or applicant. If none, state “None”. (Maximum 200 words)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1112AD2D" w14:textId="77777777">
        <w:trPr>
          <w:jc w:val="center"/>
        </w:trPr>
        <w:tc>
          <w:tcPr>
            <w:tcW w:w="10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9ADF1" w14:textId="77777777" w:rsidR="00D521CC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148A5ACA" w14:textId="77777777" w:rsidR="00D521CC" w:rsidRDefault="00000000">
      <w:pPr>
        <w:pStyle w:val="Heading2"/>
      </w:pPr>
      <w:r>
        <w:t>19. Declaration</w:t>
      </w:r>
    </w:p>
    <w:p w14:paraId="1AC9ADC9" w14:textId="77777777" w:rsidR="00D521CC" w:rsidRDefault="00000000">
      <w:r>
        <w:t>• All information and supporting documents are true and complete to the best of our knowledge.</w:t>
      </w:r>
    </w:p>
    <w:p w14:paraId="461CA68D" w14:textId="77777777" w:rsidR="00D521CC" w:rsidRDefault="00000000">
      <w:r>
        <w:t>• Financial and impact data may be verified by the SETU Bandhan CSR Awards Secretariat or an independent assessor.</w:t>
      </w:r>
    </w:p>
    <w:p w14:paraId="542E4158" w14:textId="77777777" w:rsidR="00D521CC" w:rsidRDefault="00000000">
      <w:r>
        <w:t>• We have the authority and permissions required to submit organisational, employee, partner and beneficiary information.</w:t>
      </w:r>
    </w:p>
    <w:p w14:paraId="0D8DA9CF" w14:textId="77777777" w:rsidR="00D521CC" w:rsidRDefault="00000000">
      <w:r>
        <w:t>• We accept the jury’s decision as final and understand that submission does not guarantee shortlisting or recognition.</w:t>
      </w:r>
    </w:p>
    <w:p w14:paraId="0EB81FB4" w14:textId="77777777" w:rsidR="00D521CC" w:rsidRDefault="00000000">
      <w:r>
        <w:t>• We permit the organisers to use non-confidential information, approved photographs and summaries for award communication and knowledge dissemination.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D521CC" w14:paraId="61986D74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A4E407" w14:textId="77777777" w:rsidR="00D521CC" w:rsidRDefault="00000000">
            <w:r>
              <w:rPr>
                <w:b/>
                <w:color w:val="0B3768"/>
              </w:rPr>
              <w:t>Authorised signatory name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CCBDC0" w14:textId="77777777" w:rsidR="00D521CC" w:rsidRDefault="00D521CC"/>
        </w:tc>
      </w:tr>
      <w:tr w:rsidR="00D521CC" w14:paraId="64422C33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ABDAFA" w14:textId="77777777" w:rsidR="00D521CC" w:rsidRDefault="00000000">
            <w:r>
              <w:rPr>
                <w:b/>
                <w:color w:val="0B3768"/>
              </w:rPr>
              <w:t>Designation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FC6882" w14:textId="77777777" w:rsidR="00D521CC" w:rsidRDefault="00D521CC"/>
        </w:tc>
      </w:tr>
      <w:tr w:rsidR="00D521CC" w14:paraId="3BADC7C8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A68CCC" w14:textId="77777777" w:rsidR="00D521CC" w:rsidRDefault="00000000">
            <w:r>
              <w:rPr>
                <w:b/>
                <w:color w:val="0B3768"/>
              </w:rPr>
              <w:t>Organisation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745A01" w14:textId="77777777" w:rsidR="00D521CC" w:rsidRDefault="00D521CC"/>
        </w:tc>
      </w:tr>
      <w:tr w:rsidR="00D521CC" w14:paraId="3A809103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D62152" w14:textId="77777777" w:rsidR="00D521CC" w:rsidRDefault="00000000">
            <w:r>
              <w:rPr>
                <w:b/>
                <w:color w:val="0B3768"/>
              </w:rPr>
              <w:t>Signature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C8FC36" w14:textId="77777777" w:rsidR="00D521CC" w:rsidRDefault="00D521CC"/>
        </w:tc>
      </w:tr>
      <w:tr w:rsidR="00D521CC" w14:paraId="1CEFDBF6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48016B" w14:textId="77777777" w:rsidR="00D521CC" w:rsidRDefault="00000000">
            <w:r>
              <w:rPr>
                <w:b/>
                <w:color w:val="0B3768"/>
              </w:rPr>
              <w:t>Date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6B6433" w14:textId="77777777" w:rsidR="00D521CC" w:rsidRDefault="00D521CC"/>
        </w:tc>
      </w:tr>
      <w:tr w:rsidR="00D521CC" w14:paraId="231E4B48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D62158" w14:textId="77777777" w:rsidR="00D521CC" w:rsidRDefault="00000000">
            <w:r>
              <w:rPr>
                <w:b/>
                <w:color w:val="0B3768"/>
              </w:rPr>
              <w:t>Place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C9F08F" w14:textId="77777777" w:rsidR="00D521CC" w:rsidRDefault="00D521CC"/>
        </w:tc>
      </w:tr>
      <w:tr w:rsidR="00D521CC" w14:paraId="5FC74A1A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3ADEDF" w14:textId="77777777" w:rsidR="00D521CC" w:rsidRDefault="00000000">
            <w:r>
              <w:rPr>
                <w:b/>
                <w:color w:val="0B3768"/>
              </w:rPr>
              <w:t>Official seal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85096C" w14:textId="77777777" w:rsidR="00D521CC" w:rsidRDefault="00D521CC"/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D521CC" w14:paraId="788DF495" w14:textId="77777777">
        <w:trPr>
          <w:jc w:val="center"/>
        </w:trPr>
        <w:tc>
          <w:tcPr>
            <w:tcW w:w="10368" w:type="dxa"/>
            <w:shd w:val="clear" w:color="auto" w:fill="0B376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72A76D" w14:textId="77777777" w:rsidR="00D521CC" w:rsidRDefault="00000000">
            <w:r>
              <w:rPr>
                <w:b/>
                <w:color w:val="FFFFFF"/>
                <w:sz w:val="22"/>
              </w:rPr>
              <w:t>FOR OFFICE USE ONLY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D521CC" w14:paraId="4CF63680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ECFF39" w14:textId="77777777" w:rsidR="00D521CC" w:rsidRDefault="00000000">
            <w:r>
              <w:rPr>
                <w:b/>
                <w:color w:val="0B3768"/>
              </w:rPr>
              <w:t>Application reference number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081ABB" w14:textId="77777777" w:rsidR="00D521CC" w:rsidRDefault="00D521CC"/>
        </w:tc>
      </w:tr>
      <w:tr w:rsidR="00D521CC" w14:paraId="448F7AA9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9599AE" w14:textId="77777777" w:rsidR="00D521CC" w:rsidRDefault="00000000">
            <w:r>
              <w:rPr>
                <w:b/>
                <w:color w:val="0B3768"/>
              </w:rPr>
              <w:t>Award pillar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355F22" w14:textId="77777777" w:rsidR="00D521CC" w:rsidRDefault="00000000">
            <w:r>
              <w:t>Leadership / Impact</w:t>
            </w:r>
          </w:p>
        </w:tc>
      </w:tr>
      <w:tr w:rsidR="00D521CC" w14:paraId="14AEAC5D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618108" w14:textId="77777777" w:rsidR="00D521CC" w:rsidRDefault="00000000">
            <w:r>
              <w:rPr>
                <w:b/>
                <w:color w:val="0B3768"/>
              </w:rPr>
              <w:t>Category code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9FEF5D" w14:textId="77777777" w:rsidR="00D521CC" w:rsidRDefault="00D521CC"/>
        </w:tc>
      </w:tr>
      <w:tr w:rsidR="00D521CC" w14:paraId="746D154E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171CA4" w14:textId="77777777" w:rsidR="00D521CC" w:rsidRDefault="00000000">
            <w:r>
              <w:rPr>
                <w:b/>
                <w:color w:val="0B3768"/>
              </w:rPr>
              <w:t>Eligibility screening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B28389" w14:textId="77777777" w:rsidR="00D521CC" w:rsidRDefault="00000000">
            <w:r>
              <w:t>Eligible / Not eligible / Clarification required</w:t>
            </w:r>
          </w:p>
        </w:tc>
      </w:tr>
      <w:tr w:rsidR="00D521CC" w14:paraId="42D7A7F5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D738F7" w14:textId="77777777" w:rsidR="00D521CC" w:rsidRDefault="00000000">
            <w:r>
              <w:rPr>
                <w:b/>
                <w:color w:val="0B3768"/>
              </w:rPr>
              <w:t>Documents complete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B1174D" w14:textId="77777777" w:rsidR="00D521CC" w:rsidRDefault="00000000">
            <w:r>
              <w:t>Yes / No</w:t>
            </w:r>
          </w:p>
        </w:tc>
      </w:tr>
      <w:tr w:rsidR="00D521CC" w14:paraId="48FAE7D2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534AAD" w14:textId="77777777" w:rsidR="00D521CC" w:rsidRDefault="00000000">
            <w:r>
              <w:rPr>
                <w:b/>
                <w:color w:val="0B3768"/>
              </w:rPr>
              <w:lastRenderedPageBreak/>
              <w:t>Jury panel assigned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64C589" w14:textId="77777777" w:rsidR="00D521CC" w:rsidRDefault="00D521CC"/>
        </w:tc>
      </w:tr>
      <w:tr w:rsidR="00D521CC" w14:paraId="3C44BB73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9C2EF7" w14:textId="77777777" w:rsidR="00D521CC" w:rsidRDefault="00000000">
            <w:r>
              <w:rPr>
                <w:b/>
                <w:color w:val="0B3768"/>
              </w:rPr>
              <w:t>Score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C2A51A" w14:textId="77777777" w:rsidR="00D521CC" w:rsidRDefault="00D521CC"/>
        </w:tc>
      </w:tr>
      <w:tr w:rsidR="00D521CC" w14:paraId="50D3633D" w14:textId="77777777">
        <w:trPr>
          <w:jc w:val="center"/>
        </w:trPr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D7FEEC" w14:textId="77777777" w:rsidR="00D521CC" w:rsidRDefault="00000000">
            <w:r>
              <w:rPr>
                <w:b/>
                <w:color w:val="0B3768"/>
              </w:rPr>
              <w:t>Remarks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5B7CE7" w14:textId="77777777" w:rsidR="00D521CC" w:rsidRDefault="00D521CC"/>
        </w:tc>
      </w:tr>
    </w:tbl>
    <w:p w14:paraId="5892F347" w14:textId="77777777" w:rsidR="00D521CC" w:rsidRDefault="00000000">
      <w:pPr>
        <w:jc w:val="center"/>
      </w:pPr>
      <w:r>
        <w:rPr>
          <w:b/>
          <w:color w:val="0B3768"/>
        </w:rPr>
        <w:t>Submit the completed form and supporting documents to setu@bandhan.org</w:t>
      </w:r>
    </w:p>
    <w:sectPr w:rsidR="00D521C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0E526" w14:textId="77777777" w:rsidR="00782DB5" w:rsidRDefault="00782DB5">
      <w:pPr>
        <w:spacing w:after="0" w:line="240" w:lineRule="auto"/>
      </w:pPr>
      <w:r>
        <w:separator/>
      </w:r>
    </w:p>
  </w:endnote>
  <w:endnote w:type="continuationSeparator" w:id="0">
    <w:p w14:paraId="427A82AA" w14:textId="77777777" w:rsidR="00782DB5" w:rsidRDefault="00782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23FA" w14:textId="77777777" w:rsidR="00D521CC" w:rsidRDefault="00000000">
    <w:pPr>
      <w:pStyle w:val="Footer"/>
      <w:jc w:val="center"/>
    </w:pPr>
    <w:r>
      <w:rPr>
        <w:color w:val="646464"/>
        <w:sz w:val="16"/>
      </w:rPr>
      <w:t>SETU Bandhan CSR Awards 2026 | Application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0715B" w14:textId="77777777" w:rsidR="00782DB5" w:rsidRDefault="00782DB5">
      <w:pPr>
        <w:spacing w:after="0" w:line="240" w:lineRule="auto"/>
      </w:pPr>
      <w:r>
        <w:separator/>
      </w:r>
    </w:p>
  </w:footnote>
  <w:footnote w:type="continuationSeparator" w:id="0">
    <w:p w14:paraId="01B5C7B5" w14:textId="77777777" w:rsidR="00782DB5" w:rsidRDefault="00782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9289473">
    <w:abstractNumId w:val="8"/>
  </w:num>
  <w:num w:numId="2" w16cid:durableId="1960839205">
    <w:abstractNumId w:val="6"/>
  </w:num>
  <w:num w:numId="3" w16cid:durableId="2086101493">
    <w:abstractNumId w:val="5"/>
  </w:num>
  <w:num w:numId="4" w16cid:durableId="433400404">
    <w:abstractNumId w:val="4"/>
  </w:num>
  <w:num w:numId="5" w16cid:durableId="2052806088">
    <w:abstractNumId w:val="7"/>
  </w:num>
  <w:num w:numId="6" w16cid:durableId="189489654">
    <w:abstractNumId w:val="3"/>
  </w:num>
  <w:num w:numId="7" w16cid:durableId="1200700517">
    <w:abstractNumId w:val="2"/>
  </w:num>
  <w:num w:numId="8" w16cid:durableId="1605453990">
    <w:abstractNumId w:val="1"/>
  </w:num>
  <w:num w:numId="9" w16cid:durableId="1600211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41B0E"/>
    <w:rsid w:val="00782DB5"/>
    <w:rsid w:val="00AA1D8D"/>
    <w:rsid w:val="00B47730"/>
    <w:rsid w:val="00B75E50"/>
    <w:rsid w:val="00CB0664"/>
    <w:rsid w:val="00D521C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EA42EA"/>
  <w14:defaultImageDpi w14:val="300"/>
  <w15:docId w15:val="{AF12E39F-0D7E-4865-ABB0-24BF15EBA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376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B376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B3768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75E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tu@bandha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1760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Sudarshana Dutt</cp:lastModifiedBy>
  <cp:revision>2</cp:revision>
  <dcterms:created xsi:type="dcterms:W3CDTF">2013-12-23T23:15:00Z</dcterms:created>
  <dcterms:modified xsi:type="dcterms:W3CDTF">2026-07-29T11:38:00Z</dcterms:modified>
  <cp:category/>
</cp:coreProperties>
</file>